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A893B" w14:textId="77777777" w:rsidR="007C1120" w:rsidRDefault="00000000">
      <w:pPr>
        <w:jc w:val="center"/>
      </w:pPr>
      <w:r>
        <w:rPr>
          <w:b/>
          <w:sz w:val="32"/>
        </w:rPr>
        <w:t>CHEYENNE YOUTH SPORTS LEAGUE</w:t>
      </w:r>
    </w:p>
    <w:p w14:paraId="200F43FF" w14:textId="77777777" w:rsidR="007C1120" w:rsidRDefault="00000000">
      <w:pPr>
        <w:jc w:val="center"/>
      </w:pPr>
      <w:r>
        <w:rPr>
          <w:b/>
          <w:sz w:val="24"/>
        </w:rPr>
        <w:t>COACHING APPLICATION</w:t>
      </w:r>
    </w:p>
    <w:p w14:paraId="04B063E2" w14:textId="77777777" w:rsidR="007C1120" w:rsidRDefault="00000000">
      <w:pPr>
        <w:jc w:val="center"/>
      </w:pPr>
      <w:r>
        <w:t>Thank you for your interest in volunteering with Cheyenne Youth Sports League. Please complete all applicable sections. Submission of an application does not guarantee a coaching position.</w:t>
      </w:r>
    </w:p>
    <w:p w14:paraId="7DF48B32" w14:textId="77777777" w:rsidR="007C1120" w:rsidRDefault="00000000">
      <w:pPr>
        <w:pBdr>
          <w:bottom w:val="single" w:sz="6" w:space="1" w:color="666666"/>
        </w:pBdr>
        <w:spacing w:before="100"/>
      </w:pPr>
      <w:r>
        <w:rPr>
          <w:b/>
          <w:sz w:val="20"/>
        </w:rPr>
        <w:t>1. APPLICANT INFORMATION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7C1120" w14:paraId="4C155D75" w14:textId="77777777" w:rsidTr="00AD66C2">
        <w:trPr>
          <w:trHeight w:val="450"/>
        </w:trPr>
        <w:tc>
          <w:tcPr>
            <w:tcW w:w="5112" w:type="dxa"/>
          </w:tcPr>
          <w:p w14:paraId="62C310D2" w14:textId="77777777" w:rsidR="00AD66C2" w:rsidRDefault="00AD66C2"/>
          <w:p w14:paraId="298D02EA" w14:textId="3B66687B" w:rsidR="007C1120" w:rsidRDefault="00000000">
            <w:r>
              <w:t>Full legal name:  ___________________________</w:t>
            </w:r>
          </w:p>
        </w:tc>
        <w:tc>
          <w:tcPr>
            <w:tcW w:w="5112" w:type="dxa"/>
          </w:tcPr>
          <w:p w14:paraId="3B80F372" w14:textId="77777777" w:rsidR="00AD66C2" w:rsidRDefault="00AD66C2"/>
          <w:p w14:paraId="21B58754" w14:textId="123C674F" w:rsidR="007C1120" w:rsidRDefault="00000000">
            <w:r>
              <w:t>Preferred name:  _______________________</w:t>
            </w:r>
            <w:r w:rsidR="00AD66C2">
              <w:t>__</w:t>
            </w:r>
            <w:r>
              <w:t>____</w:t>
            </w:r>
          </w:p>
        </w:tc>
      </w:tr>
      <w:tr w:rsidR="007C1120" w14:paraId="6707BB79" w14:textId="77777777" w:rsidTr="00AD66C2">
        <w:trPr>
          <w:trHeight w:val="504"/>
        </w:trPr>
        <w:tc>
          <w:tcPr>
            <w:tcW w:w="5112" w:type="dxa"/>
          </w:tcPr>
          <w:p w14:paraId="0F431BA7" w14:textId="77777777" w:rsidR="00AD66C2" w:rsidRDefault="00AD66C2"/>
          <w:p w14:paraId="6AAF3754" w14:textId="706935D5" w:rsidR="007C1120" w:rsidRDefault="00000000">
            <w:r>
              <w:t>Street address:  ___________________________</w:t>
            </w:r>
          </w:p>
        </w:tc>
        <w:tc>
          <w:tcPr>
            <w:tcW w:w="5112" w:type="dxa"/>
          </w:tcPr>
          <w:p w14:paraId="1B89D628" w14:textId="77777777" w:rsidR="00AD66C2" w:rsidRDefault="00AD66C2"/>
          <w:p w14:paraId="5EEA8BF2" w14:textId="5EAD4C21" w:rsidR="007C1120" w:rsidRDefault="00000000">
            <w:r>
              <w:t>City / State / ZIP:  ____________________</w:t>
            </w:r>
            <w:r w:rsidR="00AD66C2">
              <w:t>__</w:t>
            </w:r>
            <w:r>
              <w:t>_______</w:t>
            </w:r>
          </w:p>
        </w:tc>
      </w:tr>
      <w:tr w:rsidR="007C1120" w14:paraId="53158681" w14:textId="77777777" w:rsidTr="00AD66C2">
        <w:trPr>
          <w:trHeight w:val="567"/>
        </w:trPr>
        <w:tc>
          <w:tcPr>
            <w:tcW w:w="5112" w:type="dxa"/>
          </w:tcPr>
          <w:p w14:paraId="5A5ECC1B" w14:textId="77777777" w:rsidR="00AD66C2" w:rsidRDefault="00AD66C2"/>
          <w:p w14:paraId="2EAFF4C3" w14:textId="3253F806" w:rsidR="007C1120" w:rsidRDefault="00000000">
            <w:r>
              <w:t>Phone:  ___________________________</w:t>
            </w:r>
          </w:p>
        </w:tc>
        <w:tc>
          <w:tcPr>
            <w:tcW w:w="5112" w:type="dxa"/>
          </w:tcPr>
          <w:p w14:paraId="431912CC" w14:textId="77777777" w:rsidR="00AD66C2" w:rsidRDefault="00AD66C2"/>
          <w:p w14:paraId="2F4DB495" w14:textId="25F7B288" w:rsidR="007C1120" w:rsidRDefault="00000000">
            <w:r>
              <w:t>Email:  __________________</w:t>
            </w:r>
            <w:r w:rsidR="00AD66C2">
              <w:t>___________</w:t>
            </w:r>
            <w:r>
              <w:t>_________</w:t>
            </w:r>
          </w:p>
        </w:tc>
      </w:tr>
      <w:tr w:rsidR="007C1120" w14:paraId="466EE66C" w14:textId="77777777">
        <w:tc>
          <w:tcPr>
            <w:tcW w:w="5112" w:type="dxa"/>
          </w:tcPr>
          <w:p w14:paraId="58037D58" w14:textId="77777777" w:rsidR="007C1120" w:rsidRDefault="00000000">
            <w:r>
              <w:t xml:space="preserve">Preferred contact method:  ☐ </w:t>
            </w:r>
            <w:proofErr w:type="gramStart"/>
            <w:r>
              <w:t>Phone  ☐</w:t>
            </w:r>
            <w:proofErr w:type="gramEnd"/>
            <w:r>
              <w:t xml:space="preserve"> Email </w:t>
            </w:r>
          </w:p>
          <w:p w14:paraId="7BD5DC8D" w14:textId="4D0D96CB" w:rsidR="00AD66C2" w:rsidRDefault="00AD66C2"/>
        </w:tc>
        <w:tc>
          <w:tcPr>
            <w:tcW w:w="5112" w:type="dxa"/>
          </w:tcPr>
          <w:p w14:paraId="567AF752" w14:textId="4F697E1D" w:rsidR="007C1120" w:rsidRDefault="007C1120"/>
        </w:tc>
      </w:tr>
    </w:tbl>
    <w:p w14:paraId="278A8AB6" w14:textId="77777777" w:rsidR="007C1120" w:rsidRDefault="00000000">
      <w:pPr>
        <w:pBdr>
          <w:bottom w:val="single" w:sz="6" w:space="1" w:color="666666"/>
        </w:pBdr>
        <w:spacing w:before="100"/>
      </w:pPr>
      <w:r>
        <w:rPr>
          <w:b/>
          <w:sz w:val="20"/>
        </w:rPr>
        <w:t>2. COACHING POSITION</w:t>
      </w:r>
    </w:p>
    <w:p w14:paraId="60B57513" w14:textId="69B2CEF3" w:rsidR="00AD66C2" w:rsidRDefault="00000000">
      <w:r>
        <w:t xml:space="preserve">Sport(s):  ☐ </w:t>
      </w:r>
      <w:proofErr w:type="gramStart"/>
      <w:r>
        <w:t>Baseball  ☐</w:t>
      </w:r>
      <w:proofErr w:type="gramEnd"/>
      <w:r>
        <w:t xml:space="preserve"> Volleyball  </w:t>
      </w:r>
    </w:p>
    <w:p w14:paraId="02DB4546" w14:textId="77777777" w:rsidR="00AD66C2" w:rsidRDefault="00AD66C2"/>
    <w:p w14:paraId="35F8F1D5" w14:textId="0BBA3DA3" w:rsidR="007C1120" w:rsidRDefault="00000000">
      <w:r>
        <w:t xml:space="preserve">Position(s):  ☐ Head </w:t>
      </w:r>
      <w:proofErr w:type="gramStart"/>
      <w:r>
        <w:t>Coach  ☐</w:t>
      </w:r>
      <w:proofErr w:type="gramEnd"/>
      <w:r>
        <w:t xml:space="preserve"> Assistant </w:t>
      </w:r>
      <w:proofErr w:type="gramStart"/>
      <w:r>
        <w:t>Coach  ☐</w:t>
      </w:r>
      <w:proofErr w:type="gramEnd"/>
      <w:r>
        <w:t xml:space="preserve"> Team </w:t>
      </w:r>
      <w:proofErr w:type="gramStart"/>
      <w:r>
        <w:t>Helper  ☐</w:t>
      </w:r>
      <w:proofErr w:type="gramEnd"/>
      <w:r>
        <w:t xml:space="preserve"> Other: _________________________________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7C1120" w14:paraId="179CA609" w14:textId="77777777" w:rsidTr="00AD66C2">
        <w:trPr>
          <w:trHeight w:val="1107"/>
        </w:trPr>
        <w:tc>
          <w:tcPr>
            <w:tcW w:w="5112" w:type="dxa"/>
          </w:tcPr>
          <w:p w14:paraId="22AABAE6" w14:textId="77777777" w:rsidR="00AD66C2" w:rsidRDefault="00AD66C2"/>
          <w:p w14:paraId="4E670C49" w14:textId="77777777" w:rsidR="00AD66C2" w:rsidRDefault="00000000">
            <w:r>
              <w:t xml:space="preserve">Age group / division preferred:  </w:t>
            </w:r>
          </w:p>
          <w:p w14:paraId="149BA546" w14:textId="77777777" w:rsidR="00AD66C2" w:rsidRDefault="00AD66C2"/>
          <w:p w14:paraId="2A625584" w14:textId="624F3B1D" w:rsidR="007C1120" w:rsidRDefault="00000000">
            <w:r>
              <w:t>___________________________</w:t>
            </w:r>
          </w:p>
        </w:tc>
        <w:tc>
          <w:tcPr>
            <w:tcW w:w="5112" w:type="dxa"/>
          </w:tcPr>
          <w:p w14:paraId="07B6ADA3" w14:textId="77777777" w:rsidR="00AD66C2" w:rsidRDefault="00AD66C2"/>
          <w:p w14:paraId="2ABFB9E7" w14:textId="4EDD7923" w:rsidR="00AD66C2" w:rsidRDefault="00AD66C2">
            <w:r>
              <w:t xml:space="preserve">Do you have a connection </w:t>
            </w:r>
            <w:proofErr w:type="gramStart"/>
            <w:r>
              <w:t>to</w:t>
            </w:r>
            <w:proofErr w:type="gramEnd"/>
            <w:r>
              <w:t xml:space="preserve"> a player/who?</w:t>
            </w:r>
          </w:p>
          <w:p w14:paraId="6417C3A5" w14:textId="77777777" w:rsidR="00AD66C2" w:rsidRDefault="00AD66C2"/>
          <w:p w14:paraId="19777A54" w14:textId="3BCAF2A1" w:rsidR="007C1120" w:rsidRDefault="00AD66C2">
            <w:r>
              <w:t>____</w:t>
            </w:r>
            <w:r w:rsidR="00000000">
              <w:t>___________________________</w:t>
            </w:r>
          </w:p>
        </w:tc>
      </w:tr>
    </w:tbl>
    <w:p w14:paraId="30E67662" w14:textId="7ABCBCF5" w:rsidR="007C1120" w:rsidRDefault="007C1120"/>
    <w:p w14:paraId="14585683" w14:textId="77777777" w:rsidR="007C1120" w:rsidRDefault="00000000">
      <w:pPr>
        <w:pBdr>
          <w:bottom w:val="single" w:sz="6" w:space="1" w:color="666666"/>
        </w:pBdr>
        <w:spacing w:before="100"/>
      </w:pPr>
      <w:r>
        <w:rPr>
          <w:b/>
          <w:sz w:val="20"/>
        </w:rPr>
        <w:t>3. EXPERIENCE &amp; QUALIFICATIONS</w:t>
      </w:r>
    </w:p>
    <w:p w14:paraId="5DA039E7" w14:textId="77777777" w:rsidR="00AD66C2" w:rsidRDefault="00AD66C2"/>
    <w:p w14:paraId="1BFB88F4" w14:textId="08F94387" w:rsidR="007C1120" w:rsidRDefault="00000000">
      <w:r>
        <w:t>Previous coaching experience (sport, age group, organization, and dates):</w:t>
      </w:r>
    </w:p>
    <w:p w14:paraId="59ADB7B4" w14:textId="77777777" w:rsidR="00AD66C2" w:rsidRDefault="00AD66C2"/>
    <w:p w14:paraId="1BC1B64F" w14:textId="23A3B043" w:rsidR="007C1120" w:rsidRDefault="00000000">
      <w:r>
        <w:t>______________________________________________________________________________________________________</w:t>
      </w:r>
    </w:p>
    <w:p w14:paraId="18C2EC8B" w14:textId="77777777" w:rsidR="00AD66C2" w:rsidRDefault="00AD66C2"/>
    <w:p w14:paraId="717BBAFB" w14:textId="6A08EFC4" w:rsidR="007C1120" w:rsidRDefault="00000000">
      <w:r>
        <w:t>______________________________________________________________________________________________________</w:t>
      </w:r>
    </w:p>
    <w:p w14:paraId="6D457AA2" w14:textId="77777777" w:rsidR="00AD66C2" w:rsidRDefault="00AD66C2"/>
    <w:p w14:paraId="32C1178F" w14:textId="73E32D15" w:rsidR="007C1120" w:rsidRDefault="00000000">
      <w:pPr>
        <w:pBdr>
          <w:bottom w:val="single" w:sz="12" w:space="1" w:color="auto"/>
        </w:pBdr>
      </w:pPr>
      <w:r>
        <w:t>Playing experience, relevant training, certifications, or first-aid / CPR qualifications:</w:t>
      </w:r>
    </w:p>
    <w:p w14:paraId="109AE924" w14:textId="77777777" w:rsidR="00AD66C2" w:rsidRDefault="00AD66C2">
      <w:pPr>
        <w:pBdr>
          <w:bottom w:val="single" w:sz="12" w:space="1" w:color="auto"/>
        </w:pBdr>
      </w:pPr>
    </w:p>
    <w:p w14:paraId="0D2B5116" w14:textId="77777777" w:rsidR="00AD66C2" w:rsidRDefault="00AD66C2"/>
    <w:p w14:paraId="1DE72F3F" w14:textId="2863FC0A" w:rsidR="007C1120" w:rsidRDefault="00000000">
      <w:r>
        <w:t>______________________________________________________________________________________________________</w:t>
      </w:r>
    </w:p>
    <w:p w14:paraId="16EDE01F" w14:textId="77777777" w:rsidR="00AD66C2" w:rsidRDefault="00AD66C2"/>
    <w:p w14:paraId="490C49F2" w14:textId="1EC8C302" w:rsidR="007C1120" w:rsidRDefault="00000000">
      <w:pPr>
        <w:pBdr>
          <w:bottom w:val="single" w:sz="12" w:space="1" w:color="auto"/>
        </w:pBdr>
      </w:pPr>
      <w:r>
        <w:t>Why would you like to coach with Cheyenne Youth Sports League?</w:t>
      </w:r>
    </w:p>
    <w:p w14:paraId="4AA2A814" w14:textId="77777777" w:rsidR="00AD66C2" w:rsidRDefault="00AD66C2">
      <w:pPr>
        <w:pBdr>
          <w:bottom w:val="single" w:sz="12" w:space="1" w:color="auto"/>
        </w:pBdr>
      </w:pPr>
    </w:p>
    <w:p w14:paraId="62777A29" w14:textId="77777777" w:rsidR="00AD66C2" w:rsidRDefault="00AD66C2"/>
    <w:p w14:paraId="28E542C8" w14:textId="6C54D85D" w:rsidR="007C1120" w:rsidRDefault="00000000">
      <w:r>
        <w:t>______________________________________________________________________________________________________</w:t>
      </w:r>
    </w:p>
    <w:p w14:paraId="50AFC706" w14:textId="77777777" w:rsidR="00AD66C2" w:rsidRDefault="00AD66C2">
      <w:pPr>
        <w:pBdr>
          <w:bottom w:val="single" w:sz="6" w:space="1" w:color="666666"/>
        </w:pBdr>
        <w:spacing w:before="100"/>
        <w:rPr>
          <w:b/>
          <w:sz w:val="20"/>
        </w:rPr>
      </w:pPr>
    </w:p>
    <w:p w14:paraId="14D35576" w14:textId="77777777" w:rsidR="00AD66C2" w:rsidRDefault="00AD66C2">
      <w:pPr>
        <w:pBdr>
          <w:bottom w:val="single" w:sz="6" w:space="1" w:color="666666"/>
        </w:pBdr>
        <w:spacing w:before="100"/>
        <w:rPr>
          <w:b/>
          <w:sz w:val="20"/>
        </w:rPr>
      </w:pPr>
    </w:p>
    <w:p w14:paraId="4574EC14" w14:textId="77777777" w:rsidR="00AD66C2" w:rsidRDefault="00AD66C2">
      <w:pPr>
        <w:pBdr>
          <w:bottom w:val="single" w:sz="6" w:space="1" w:color="666666"/>
        </w:pBdr>
        <w:spacing w:before="100"/>
        <w:rPr>
          <w:b/>
          <w:sz w:val="20"/>
        </w:rPr>
      </w:pPr>
    </w:p>
    <w:p w14:paraId="3A487084" w14:textId="77777777" w:rsidR="00AD66C2" w:rsidRDefault="00AD66C2">
      <w:pPr>
        <w:pBdr>
          <w:bottom w:val="single" w:sz="6" w:space="1" w:color="666666"/>
        </w:pBdr>
        <w:spacing w:before="100"/>
        <w:rPr>
          <w:b/>
          <w:sz w:val="20"/>
        </w:rPr>
      </w:pPr>
    </w:p>
    <w:p w14:paraId="053D4F9D" w14:textId="31919D33" w:rsidR="007C1120" w:rsidRDefault="00000000">
      <w:pPr>
        <w:pBdr>
          <w:bottom w:val="single" w:sz="6" w:space="1" w:color="666666"/>
        </w:pBdr>
        <w:spacing w:before="100"/>
      </w:pPr>
      <w:r>
        <w:rPr>
          <w:b/>
          <w:sz w:val="20"/>
        </w:rPr>
        <w:lastRenderedPageBreak/>
        <w:t>5. YOUTH SAFETY &amp; COACHING EXPECTATIONS</w:t>
      </w:r>
    </w:p>
    <w:p w14:paraId="1C23E532" w14:textId="77777777" w:rsidR="007C1120" w:rsidRDefault="00000000">
      <w:r>
        <w:t>☐  I will prioritize the safety, dignity, inclusion, and well-being of every participant.</w:t>
      </w:r>
    </w:p>
    <w:p w14:paraId="281C7A9E" w14:textId="77777777" w:rsidR="007C1120" w:rsidRDefault="00000000">
      <w:r>
        <w:t>☐  I will model good sportsmanship, respect players, families, officials, and other coaches, and use positive, age-appropriate instruction.</w:t>
      </w:r>
    </w:p>
    <w:p w14:paraId="6798D5DD" w14:textId="77777777" w:rsidR="007C1120" w:rsidRDefault="00000000">
      <w:r>
        <w:t>☐  I will follow league rules, supervision requirements, emergency procedures, and all applicable youth-protection policies.</w:t>
      </w:r>
    </w:p>
    <w:p w14:paraId="6D5170A6" w14:textId="77777777" w:rsidR="007C1120" w:rsidRDefault="00000000">
      <w:r>
        <w:t>☐  I understand that the league may require a background screening, reference checks, training, and/or additional forms before I may coach.</w:t>
      </w:r>
    </w:p>
    <w:p w14:paraId="685B89B0" w14:textId="77777777" w:rsidR="007C1120" w:rsidRDefault="00000000">
      <w:r>
        <w:t>☐  I will promptly report safety concerns or suspected misconduct through the league’s designated process.</w:t>
      </w:r>
    </w:p>
    <w:p w14:paraId="1ABE08AB" w14:textId="77777777" w:rsidR="007C1120" w:rsidRDefault="00000000">
      <w:pPr>
        <w:pBdr>
          <w:bottom w:val="single" w:sz="6" w:space="1" w:color="666666"/>
        </w:pBdr>
        <w:spacing w:before="100"/>
      </w:pPr>
      <w:r>
        <w:rPr>
          <w:b/>
          <w:sz w:val="20"/>
        </w:rPr>
        <w:t>6. APPLICANT ACKNOWLEDGMENT</w:t>
      </w:r>
    </w:p>
    <w:p w14:paraId="075F58E6" w14:textId="77777777" w:rsidR="007C1120" w:rsidRDefault="00000000">
      <w:r>
        <w:t>I certify that the information provided in this application is true and complete to the best of my knowledge. I understand that inaccurate or incomplete information may affect my eligibility to coach. I agree to follow Cheyenne Youth Sports League policies and understand that this application does not guarantee placement.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7C1120" w14:paraId="36426CDF" w14:textId="77777777">
        <w:tc>
          <w:tcPr>
            <w:tcW w:w="5112" w:type="dxa"/>
          </w:tcPr>
          <w:p w14:paraId="6FE21BAF" w14:textId="77777777" w:rsidR="007C1120" w:rsidRDefault="00000000">
            <w:r>
              <w:t>Applicant signature:  ___________________________</w:t>
            </w:r>
          </w:p>
        </w:tc>
        <w:tc>
          <w:tcPr>
            <w:tcW w:w="5112" w:type="dxa"/>
          </w:tcPr>
          <w:p w14:paraId="504D0840" w14:textId="77777777" w:rsidR="007C1120" w:rsidRDefault="00000000">
            <w:r>
              <w:t>Date:  ___________________________</w:t>
            </w:r>
          </w:p>
        </w:tc>
      </w:tr>
      <w:tr w:rsidR="007C1120" w14:paraId="23BAA695" w14:textId="77777777">
        <w:tc>
          <w:tcPr>
            <w:tcW w:w="5112" w:type="dxa"/>
          </w:tcPr>
          <w:p w14:paraId="2D5776E3" w14:textId="77777777" w:rsidR="007C1120" w:rsidRDefault="00000000">
            <w:r>
              <w:t>Printed name:  ___________________________</w:t>
            </w:r>
          </w:p>
        </w:tc>
        <w:tc>
          <w:tcPr>
            <w:tcW w:w="5112" w:type="dxa"/>
          </w:tcPr>
          <w:p w14:paraId="0F78AE12" w14:textId="77777777" w:rsidR="007C1120" w:rsidRDefault="00000000">
            <w:r>
              <w:t xml:space="preserve">  ___________________________</w:t>
            </w:r>
          </w:p>
        </w:tc>
      </w:tr>
    </w:tbl>
    <w:p w14:paraId="481A81A9" w14:textId="08113A45" w:rsidR="007C1120" w:rsidRDefault="007C1120" w:rsidP="00AD66C2">
      <w:pPr>
        <w:pBdr>
          <w:bottom w:val="single" w:sz="6" w:space="1" w:color="666666"/>
        </w:pBdr>
        <w:spacing w:before="100"/>
      </w:pPr>
    </w:p>
    <w:sectPr w:rsidR="007C1120" w:rsidSect="00034616">
      <w:footerReference w:type="default" r:id="rId8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019AB" w14:textId="77777777" w:rsidR="00BD0C2F" w:rsidRDefault="00BD0C2F">
      <w:pPr>
        <w:spacing w:after="0" w:line="240" w:lineRule="auto"/>
      </w:pPr>
      <w:r>
        <w:separator/>
      </w:r>
    </w:p>
  </w:endnote>
  <w:endnote w:type="continuationSeparator" w:id="0">
    <w:p w14:paraId="259D7A1B" w14:textId="77777777" w:rsidR="00BD0C2F" w:rsidRDefault="00BD0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87ABC" w14:textId="77777777" w:rsidR="007C1120" w:rsidRDefault="00000000">
    <w:pPr>
      <w:pStyle w:val="Footer"/>
      <w:jc w:val="center"/>
    </w:pPr>
    <w:r>
      <w:rPr>
        <w:sz w:val="16"/>
      </w:rPr>
      <w:t xml:space="preserve">Cheyenne Youth Sports </w:t>
    </w:r>
    <w:proofErr w:type="gramStart"/>
    <w:r>
      <w:rPr>
        <w:sz w:val="16"/>
      </w:rPr>
      <w:t>League  •</w:t>
    </w:r>
    <w:proofErr w:type="gramEnd"/>
    <w:r>
      <w:rPr>
        <w:sz w:val="16"/>
      </w:rPr>
      <w:t xml:space="preserve">  Coaching Application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4C2F7" w14:textId="77777777" w:rsidR="00BD0C2F" w:rsidRDefault="00BD0C2F">
      <w:pPr>
        <w:spacing w:after="0" w:line="240" w:lineRule="auto"/>
      </w:pPr>
      <w:r>
        <w:separator/>
      </w:r>
    </w:p>
  </w:footnote>
  <w:footnote w:type="continuationSeparator" w:id="0">
    <w:p w14:paraId="0F7ABB7F" w14:textId="77777777" w:rsidR="00BD0C2F" w:rsidRDefault="00BD0C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1557285">
    <w:abstractNumId w:val="8"/>
  </w:num>
  <w:num w:numId="2" w16cid:durableId="1397045126">
    <w:abstractNumId w:val="6"/>
  </w:num>
  <w:num w:numId="3" w16cid:durableId="1999651425">
    <w:abstractNumId w:val="5"/>
  </w:num>
  <w:num w:numId="4" w16cid:durableId="77019304">
    <w:abstractNumId w:val="4"/>
  </w:num>
  <w:num w:numId="5" w16cid:durableId="1975869504">
    <w:abstractNumId w:val="7"/>
  </w:num>
  <w:num w:numId="6" w16cid:durableId="987439996">
    <w:abstractNumId w:val="3"/>
  </w:num>
  <w:num w:numId="7" w16cid:durableId="942036054">
    <w:abstractNumId w:val="2"/>
  </w:num>
  <w:num w:numId="8" w16cid:durableId="793642022">
    <w:abstractNumId w:val="1"/>
  </w:num>
  <w:num w:numId="9" w16cid:durableId="1727416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31E"/>
    <w:rsid w:val="0015074B"/>
    <w:rsid w:val="0029639D"/>
    <w:rsid w:val="00326F90"/>
    <w:rsid w:val="007C1120"/>
    <w:rsid w:val="00AA1D8D"/>
    <w:rsid w:val="00AD66C2"/>
    <w:rsid w:val="00B47730"/>
    <w:rsid w:val="00BD0C2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AFB29B"/>
  <w14:defaultImageDpi w14:val="300"/>
  <w15:docId w15:val="{8E5888C6-2E4F-40A1-AD9E-5643AC75C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Fred Yoder</cp:lastModifiedBy>
  <cp:revision>2</cp:revision>
  <dcterms:created xsi:type="dcterms:W3CDTF">2026-10-13T23:18:00Z</dcterms:created>
  <dcterms:modified xsi:type="dcterms:W3CDTF">2026-10-13T23:18:00Z</dcterms:modified>
  <cp:category/>
</cp:coreProperties>
</file>