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96CD" w14:textId="77777777" w:rsidR="001B4D1B" w:rsidRDefault="00000000">
      <w:pPr>
        <w:pStyle w:val="Title"/>
        <w:jc w:val="center"/>
      </w:pPr>
      <w:r>
        <w:t>CHEYENNE YOUTH SPORTS LEAGUE, INC.</w:t>
      </w:r>
    </w:p>
    <w:p w14:paraId="2400D7AB" w14:textId="77777777" w:rsidR="001B4D1B" w:rsidRDefault="00000000">
      <w:pPr>
        <w:jc w:val="center"/>
      </w:pPr>
      <w:r>
        <w:rPr>
          <w:b/>
          <w:color w:val="BE7A93"/>
          <w:sz w:val="26"/>
        </w:rPr>
        <w:t>BASEBALL PLAYER &amp; PARENT/GUARDIAN AGREEMENT</w:t>
      </w:r>
    </w:p>
    <w:p w14:paraId="4F5E8081" w14:textId="41223806" w:rsidR="001B4D1B" w:rsidRDefault="00000000">
      <w:pPr>
        <w:jc w:val="center"/>
      </w:pPr>
      <w:r>
        <w:t xml:space="preserve">2026–2027 </w:t>
      </w:r>
      <w:proofErr w:type="gramStart"/>
      <w:r>
        <w:t>Season  |</w:t>
      </w:r>
      <w:proofErr w:type="gramEnd"/>
      <w:r>
        <w:t xml:space="preserve">  14U &amp; 16U  </w:t>
      </w:r>
    </w:p>
    <w:p w14:paraId="7774C3FB" w14:textId="77777777" w:rsidR="001B4D1B" w:rsidRDefault="00000000">
      <w:proofErr w:type="gramStart"/>
      <w:r>
        <w:t>Athlete: __</w:t>
      </w:r>
      <w:proofErr w:type="gramEnd"/>
      <w:r>
        <w:t>__________________________________     Team:  ☐ 14U   ☐ 16U</w:t>
      </w:r>
    </w:p>
    <w:p w14:paraId="558F5C55" w14:textId="77777777" w:rsidR="001B4D1B" w:rsidRDefault="00000000">
      <w:r>
        <w:t>Parent/guardian: ____________________________     Phone/email: ____________________________</w:t>
      </w:r>
    </w:p>
    <w:p w14:paraId="77D6154C" w14:textId="77777777" w:rsidR="001B4D1B" w:rsidRDefault="00000000">
      <w:pPr>
        <w:pStyle w:val="Heading1"/>
      </w:pPr>
      <w:r>
        <w:t>1. Purpose and governing policies</w:t>
      </w:r>
    </w:p>
    <w:p w14:paraId="6AFBFE71" w14:textId="77777777" w:rsidR="001B4D1B" w:rsidRDefault="00000000">
      <w:r>
        <w:t>CYSL provides youth baseball to foster skills, teamwork, personal responsibility, fair play and safety. The athlete and parent/guardian agree to this document and its attached CYSL conduct codes. CYSL bylaws and duly adopted Board policies govern League administration; applicable Babe Ruth League rules govern play when CYSL participates in Babe Ruth-sanctioned activities. This agreement does not claim that CYSL is chartered with Babe Ruth League.</w:t>
      </w:r>
    </w:p>
    <w:p w14:paraId="605D1C60" w14:textId="77777777" w:rsidR="001B4D1B" w:rsidRDefault="00000000">
      <w:r>
        <w:t>Parent/guardian initials: ________</w:t>
      </w:r>
    </w:p>
    <w:p w14:paraId="6F167B4B" w14:textId="77777777" w:rsidR="001B4D1B" w:rsidRDefault="00000000">
      <w:pPr>
        <w:pStyle w:val="Heading1"/>
      </w:pPr>
      <w:r>
        <w:t>2. Registration fees and four-month payment option</w:t>
      </w:r>
    </w:p>
    <w:tbl>
      <w:tblPr>
        <w:tblStyle w:val="TableGrid"/>
        <w:tblW w:w="0" w:type="auto"/>
        <w:jc w:val="center"/>
        <w:tblLook w:val="04A0" w:firstRow="1" w:lastRow="0" w:firstColumn="1" w:lastColumn="0" w:noHBand="0" w:noVBand="1"/>
      </w:tblPr>
      <w:tblGrid>
        <w:gridCol w:w="3289"/>
        <w:gridCol w:w="3290"/>
        <w:gridCol w:w="3289"/>
      </w:tblGrid>
      <w:tr w:rsidR="001B4D1B" w14:paraId="387EE465" w14:textId="77777777">
        <w:trPr>
          <w:jc w:val="center"/>
        </w:trPr>
        <w:tc>
          <w:tcPr>
            <w:tcW w:w="3293" w:type="dxa"/>
            <w:shd w:val="clear" w:color="auto" w:fill="55565A"/>
          </w:tcPr>
          <w:p w14:paraId="4C84E614" w14:textId="77777777" w:rsidR="001B4D1B" w:rsidRDefault="00000000">
            <w:r>
              <w:rPr>
                <w:b/>
                <w:color w:val="FFFFFF"/>
              </w:rPr>
              <w:t>Division</w:t>
            </w:r>
          </w:p>
        </w:tc>
        <w:tc>
          <w:tcPr>
            <w:tcW w:w="3293" w:type="dxa"/>
            <w:shd w:val="clear" w:color="auto" w:fill="55565A"/>
          </w:tcPr>
          <w:p w14:paraId="217B7498" w14:textId="77777777" w:rsidR="001B4D1B" w:rsidRDefault="00000000">
            <w:r>
              <w:rPr>
                <w:b/>
                <w:color w:val="FFFFFF"/>
              </w:rPr>
              <w:t>Registration fee</w:t>
            </w:r>
          </w:p>
        </w:tc>
        <w:tc>
          <w:tcPr>
            <w:tcW w:w="3293" w:type="dxa"/>
            <w:shd w:val="clear" w:color="auto" w:fill="55565A"/>
          </w:tcPr>
          <w:p w14:paraId="1834B134" w14:textId="77777777" w:rsidR="001B4D1B" w:rsidRDefault="00000000">
            <w:r>
              <w:rPr>
                <w:b/>
                <w:color w:val="FFFFFF"/>
              </w:rPr>
              <w:t>Optional four-month plan</w:t>
            </w:r>
          </w:p>
        </w:tc>
      </w:tr>
      <w:tr w:rsidR="001B4D1B" w14:paraId="5447058E" w14:textId="77777777">
        <w:trPr>
          <w:jc w:val="center"/>
        </w:trPr>
        <w:tc>
          <w:tcPr>
            <w:tcW w:w="3293" w:type="dxa"/>
            <w:shd w:val="clear" w:color="auto" w:fill="F2F2F3"/>
          </w:tcPr>
          <w:p w14:paraId="770CBB9F" w14:textId="77777777" w:rsidR="001B4D1B" w:rsidRDefault="00000000">
            <w:r>
              <w:t>14U</w:t>
            </w:r>
          </w:p>
        </w:tc>
        <w:tc>
          <w:tcPr>
            <w:tcW w:w="3293" w:type="dxa"/>
            <w:shd w:val="clear" w:color="auto" w:fill="F2F2F3"/>
          </w:tcPr>
          <w:p w14:paraId="3E86C729" w14:textId="77777777" w:rsidR="001B4D1B" w:rsidRDefault="00000000">
            <w:r>
              <w:t>$700</w:t>
            </w:r>
          </w:p>
        </w:tc>
        <w:tc>
          <w:tcPr>
            <w:tcW w:w="3293" w:type="dxa"/>
            <w:shd w:val="clear" w:color="auto" w:fill="F2F2F3"/>
          </w:tcPr>
          <w:p w14:paraId="5393483C" w14:textId="77777777" w:rsidR="001B4D1B" w:rsidRDefault="00000000">
            <w:r>
              <w:t>$175 per month × 4</w:t>
            </w:r>
          </w:p>
        </w:tc>
      </w:tr>
      <w:tr w:rsidR="001B4D1B" w14:paraId="18A80DED" w14:textId="77777777">
        <w:trPr>
          <w:jc w:val="center"/>
        </w:trPr>
        <w:tc>
          <w:tcPr>
            <w:tcW w:w="3293" w:type="dxa"/>
            <w:shd w:val="clear" w:color="auto" w:fill="FFFFFF"/>
          </w:tcPr>
          <w:p w14:paraId="43ACF7AC" w14:textId="77777777" w:rsidR="001B4D1B" w:rsidRDefault="00000000">
            <w:r>
              <w:t>16U</w:t>
            </w:r>
          </w:p>
        </w:tc>
        <w:tc>
          <w:tcPr>
            <w:tcW w:w="3293" w:type="dxa"/>
            <w:shd w:val="clear" w:color="auto" w:fill="FFFFFF"/>
          </w:tcPr>
          <w:p w14:paraId="5DA64837" w14:textId="77777777" w:rsidR="001B4D1B" w:rsidRDefault="00000000">
            <w:r>
              <w:t>$700</w:t>
            </w:r>
          </w:p>
        </w:tc>
        <w:tc>
          <w:tcPr>
            <w:tcW w:w="3293" w:type="dxa"/>
            <w:shd w:val="clear" w:color="auto" w:fill="FFFFFF"/>
          </w:tcPr>
          <w:p w14:paraId="4F2D51CD" w14:textId="77777777" w:rsidR="001B4D1B" w:rsidRDefault="00000000">
            <w:r>
              <w:t>$175 per month × 4</w:t>
            </w:r>
          </w:p>
        </w:tc>
      </w:tr>
    </w:tbl>
    <w:p w14:paraId="022AF885" w14:textId="77777777" w:rsidR="001B4D1B" w:rsidRDefault="00000000">
      <w:r>
        <w:t>Choose: ☐ Pay $700 in full   ☐ Pay four installments of $175. First payment due __________; subsequent due dates __________ / __________ / __________. The League will provide payment instructions and a receipt. Fundraising is separate from registration.</w:t>
      </w:r>
    </w:p>
    <w:p w14:paraId="458CBB5E" w14:textId="77777777" w:rsidR="001B4D1B" w:rsidRDefault="00000000">
      <w:r>
        <w:t>Parent/guardian initials: ________</w:t>
      </w:r>
    </w:p>
    <w:p w14:paraId="42FCCFB4" w14:textId="77777777" w:rsidR="001B4D1B" w:rsidRDefault="00000000">
      <w:r>
        <w:t>Refunds and withdrawals are governed by the Board-approved policy furnished before signing. Any missed payment will prompt written notice and a reasonable opportunity to arrange payment or seek a hardship review before participation restrictions are considered.</w:t>
      </w:r>
    </w:p>
    <w:p w14:paraId="77B912F7" w14:textId="77777777" w:rsidR="001B4D1B" w:rsidRDefault="00000000">
      <w:r>
        <w:t>Parent/guardian initials: ________</w:t>
      </w:r>
    </w:p>
    <w:p w14:paraId="12198120" w14:textId="77777777" w:rsidR="001B4D1B" w:rsidRDefault="00000000">
      <w:pPr>
        <w:pStyle w:val="Heading1"/>
      </w:pPr>
      <w:r>
        <w:t>3. Fundraising commitment and buyout</w:t>
      </w:r>
    </w:p>
    <w:p w14:paraId="777B519C" w14:textId="77777777" w:rsidR="001B4D1B" w:rsidRDefault="00000000">
      <w:r>
        <w:t>Each athlete commits to $500 in fundraising, separate from the $700 registration fee. A family may (a) earn $500 in eligible fundraising credits, (b) pay a $500 buyout, or (c) combine fundraising credits and a buyout of the remaining balance. Earned credits reduce the buyout dollar for dollar. The fundraising deadline is __________; any remaining buyout is due __________. CYSL will maintain a credit ledger and allow families to question errors. Hardship adjustments require written CYSL approval.</w:t>
      </w:r>
    </w:p>
    <w:p w14:paraId="50F6B539" w14:textId="77777777" w:rsidR="001B4D1B" w:rsidRDefault="00000000">
      <w:r>
        <w:t>Parent/guardian initials: ________</w:t>
      </w:r>
    </w:p>
    <w:p w14:paraId="239326BF" w14:textId="77777777" w:rsidR="001B4D1B" w:rsidRDefault="00000000">
      <w:pPr>
        <w:pStyle w:val="Heading1"/>
      </w:pPr>
      <w:r>
        <w:t>4. Player-generated sponsorships — 50/50 allocation</w:t>
      </w:r>
    </w:p>
    <w:p w14:paraId="5F423B76" w14:textId="77777777" w:rsidR="001B4D1B" w:rsidRDefault="00000000">
      <w:r>
        <w:t>For a qualifying sponsorship secured by the athlete or family, 50% of the cleared sponsorship funds received and documented by CYSL is credited to the athlete’s $500 fundraising requirement, and 50% is retained by CYSL for League purposes. For example, a $200 sponsorship yields $100 in player fundraising credit and $100 to CYSL. Athlete credit is capped at $500; any amount above that cap stays with CYSL unless otherwise approved in writing. Sponsorship credits do not reduce the $700 registration fee. Sponsors must pay CYSL directly and receive CYSL acknowledgment; families may not promise advertising, naming rights or tax treatment without League authorization.</w:t>
      </w:r>
    </w:p>
    <w:p w14:paraId="0AF0020D" w14:textId="77777777" w:rsidR="001B4D1B" w:rsidRDefault="00000000">
      <w:r>
        <w:t>Parent/guardian initials: ________</w:t>
      </w:r>
    </w:p>
    <w:p w14:paraId="348B5A94" w14:textId="77777777" w:rsidR="001B4D1B" w:rsidRDefault="00000000">
      <w:pPr>
        <w:pStyle w:val="Heading1"/>
      </w:pPr>
      <w:r>
        <w:lastRenderedPageBreak/>
        <w:t>5. Attendance, playing time and safety</w:t>
      </w:r>
    </w:p>
    <w:p w14:paraId="611EBFE6" w14:textId="77777777" w:rsidR="001B4D1B" w:rsidRDefault="00000000">
      <w:r>
        <w:t>Players are expected to attend scheduled practices, games and team events, communicate conflicts promptly, follow coach instructions and report injuries or unsafe conditions. Coaches determine playing assignments and playing time consistent with safety, development, attendance, team needs and any applicable competition rules; equal playing time is not promised. Parents provide accurate emergency contacts and arrange timely transportation.</w:t>
      </w:r>
    </w:p>
    <w:p w14:paraId="73B4B61D" w14:textId="77777777" w:rsidR="001B4D1B" w:rsidRDefault="00000000">
      <w:r>
        <w:t>Parent/guardian initials: ________</w:t>
      </w:r>
    </w:p>
    <w:p w14:paraId="76BB7563" w14:textId="77777777" w:rsidR="001B4D1B" w:rsidRDefault="00000000">
      <w:pPr>
        <w:pStyle w:val="Heading1"/>
      </w:pPr>
      <w:r>
        <w:t>6. Communication, concerns and discipline</w:t>
      </w:r>
    </w:p>
    <w:p w14:paraId="109344BD" w14:textId="77777777" w:rsidR="001B4D1B" w:rsidRDefault="00000000">
      <w:r>
        <w:t>Routine concerns should be addressed privately with the coach, then with a designated CYSL Board contact if unresolved. Abuse, harassment or immediate safety concerns should be reported promptly through appropriate safeguarding and emergency channels, without requiring prior contact with the coach. CYSL may impose proportionate discipline, including warning, spectator removal, temporary suspension or termination, with notice and an opportunity to respond when practicable; immediate safety restrictions may be imposed pending review.</w:t>
      </w:r>
    </w:p>
    <w:p w14:paraId="7CC0BE2E" w14:textId="77777777" w:rsidR="001B4D1B" w:rsidRDefault="00000000">
      <w:r>
        <w:t>Parent/guardian initials: ________</w:t>
      </w:r>
    </w:p>
    <w:p w14:paraId="094CDB68" w14:textId="77777777" w:rsidR="001B4D1B" w:rsidRDefault="00000000">
      <w:pPr>
        <w:pStyle w:val="Heading1"/>
      </w:pPr>
      <w:r>
        <w:t>7. Acknowledgment</w:t>
      </w:r>
    </w:p>
    <w:p w14:paraId="6489DF73" w14:textId="77777777" w:rsidR="001B4D1B" w:rsidRDefault="00000000">
      <w:r>
        <w:t>We have reviewed the fees, payment option, fundraising/buyout obligation, 50/50 sponsorship credit, participation expectations, Exhibit A (Player Code) and Exhibit B (Parent/Guardian &amp; Spectator Code). We understand this draft is subject to CYSL Board approval.</w:t>
      </w:r>
    </w:p>
    <w:p w14:paraId="184E213C" w14:textId="77777777" w:rsidR="001B4D1B" w:rsidRDefault="00000000">
      <w:r>
        <w:t>Parent/guardian initials: ________     Athlete initials: ________</w:t>
      </w:r>
    </w:p>
    <w:p w14:paraId="085DC834" w14:textId="77777777" w:rsidR="001B4D1B" w:rsidRDefault="00000000">
      <w:r>
        <w:t>Athlete signature: ____________________________________   Date: ______________</w:t>
      </w:r>
    </w:p>
    <w:p w14:paraId="10D6185C" w14:textId="77777777" w:rsidR="001B4D1B" w:rsidRDefault="00000000">
      <w:r>
        <w:t>Parent/guardian signature: _____________________________   Date: ______________</w:t>
      </w:r>
    </w:p>
    <w:p w14:paraId="00712E02" w14:textId="77777777" w:rsidR="001B4D1B" w:rsidRDefault="00000000">
      <w:r>
        <w:t>CYSL representative: __________________________________   Date: ______________</w:t>
      </w:r>
    </w:p>
    <w:p w14:paraId="10FEB921" w14:textId="77777777" w:rsidR="001B4D1B" w:rsidRDefault="00000000">
      <w:r>
        <w:br w:type="page"/>
      </w:r>
    </w:p>
    <w:p w14:paraId="1710D586" w14:textId="77777777" w:rsidR="001B4D1B" w:rsidRDefault="00000000">
      <w:pPr>
        <w:pStyle w:val="Heading1"/>
      </w:pPr>
      <w:r>
        <w:lastRenderedPageBreak/>
        <w:t>EXHIBIT A — PLAYER CODE OF CONDUCT</w:t>
      </w:r>
    </w:p>
    <w:p w14:paraId="7BDC2CF0" w14:textId="77777777" w:rsidR="001B4D1B" w:rsidRDefault="00000000">
      <w:r>
        <w:t>CYSL baseball • 14U / 16U • Babe Ruth-inspired sportsmanship standards. These are CYSL-specific rules reflecting Babe Ruth League’s published sportsmanship principles; they are not represented as an official Babe Ruth form.</w:t>
      </w:r>
    </w:p>
    <w:p w14:paraId="48B4DEAC" w14:textId="77777777" w:rsidR="001B4D1B" w:rsidRDefault="00000000">
      <w:r>
        <w:t>1. Respect coaches, teammates, opponents, umpires and spectators; win with modesty and lose with composure.</w:t>
      </w:r>
    </w:p>
    <w:p w14:paraId="5DCF48DF" w14:textId="77777777" w:rsidR="001B4D1B" w:rsidRDefault="00000000">
      <w:r>
        <w:t>Parent/guardian initials: ________     Athlete initials: ________</w:t>
      </w:r>
    </w:p>
    <w:p w14:paraId="742B6B6D" w14:textId="77777777" w:rsidR="001B4D1B" w:rsidRDefault="00000000">
      <w:r>
        <w:t>2. Know and follow baseball rules, coach directions, facility requirements and applicable Babe Ruth rules when participating in sanctioned play.</w:t>
      </w:r>
    </w:p>
    <w:p w14:paraId="40C51B53" w14:textId="77777777" w:rsidR="001B4D1B" w:rsidRDefault="00000000">
      <w:r>
        <w:t>Parent/guardian initials: ________     Athlete initials: ________</w:t>
      </w:r>
    </w:p>
    <w:p w14:paraId="64B61A30" w14:textId="77777777" w:rsidR="001B4D1B" w:rsidRDefault="00000000">
      <w:r>
        <w:t>3. Never bully, haze, harass, threaten, discriminate against or retaliate against anyone, including through social media or team messages.</w:t>
      </w:r>
    </w:p>
    <w:p w14:paraId="391797E0" w14:textId="77777777" w:rsidR="001B4D1B" w:rsidRDefault="00000000">
      <w:r>
        <w:t>Parent/guardian initials: ________     Athlete initials: ________</w:t>
      </w:r>
    </w:p>
    <w:p w14:paraId="592A508E" w14:textId="77777777" w:rsidR="001B4D1B" w:rsidRDefault="00000000">
      <w:r>
        <w:t>4. Control language and emotions; do not argue abusively with officials, taunt opponents or use physical intimidation.</w:t>
      </w:r>
    </w:p>
    <w:p w14:paraId="47612BCE" w14:textId="77777777" w:rsidR="001B4D1B" w:rsidRDefault="00000000">
      <w:r>
        <w:t>Parent/guardian initials: ________     Athlete initials: ________</w:t>
      </w:r>
    </w:p>
    <w:p w14:paraId="75DA5DF7" w14:textId="77777777" w:rsidR="001B4D1B" w:rsidRDefault="00000000">
      <w:r>
        <w:t>5. Practice good teamwork, honest effort, punctuality and communication about absences.</w:t>
      </w:r>
    </w:p>
    <w:p w14:paraId="5553CEA8" w14:textId="77777777" w:rsidR="001B4D1B" w:rsidRDefault="00000000">
      <w:r>
        <w:t>Parent/guardian initials: ________     Athlete initials: ________</w:t>
      </w:r>
    </w:p>
    <w:p w14:paraId="0B2BDBAD" w14:textId="77777777" w:rsidR="001B4D1B" w:rsidRDefault="00000000">
      <w:r>
        <w:t>6. Use protective equipment properly, follow pitch-count and injury precautions as directed, and promptly report pain, concussion symptoms or unsafe conditions.</w:t>
      </w:r>
    </w:p>
    <w:p w14:paraId="2C972AC1" w14:textId="77777777" w:rsidR="001B4D1B" w:rsidRDefault="00000000">
      <w:r>
        <w:t>Parent/guardian initials: ________     Athlete initials: ________</w:t>
      </w:r>
    </w:p>
    <w:p w14:paraId="3E4FFCB7" w14:textId="77777777" w:rsidR="001B4D1B" w:rsidRDefault="00000000">
      <w:r>
        <w:t>7. Do not bring weapons, alcohol, nicotine/vapes, marijuana or illegal drugs to youth baseball activities.</w:t>
      </w:r>
    </w:p>
    <w:p w14:paraId="1D9EC0B7" w14:textId="77777777" w:rsidR="001B4D1B" w:rsidRDefault="00000000">
      <w:r>
        <w:t>Parent/guardian initials: ________     Athlete initials: ________</w:t>
      </w:r>
    </w:p>
    <w:p w14:paraId="6E53E3DA" w14:textId="77777777" w:rsidR="001B4D1B" w:rsidRDefault="00000000">
      <w:r>
        <w:t>8. Protect other players’ privacy and report misconduct or unsafe behavior to a trusted adult or appropriate safeguarding contact.</w:t>
      </w:r>
    </w:p>
    <w:p w14:paraId="235904F4" w14:textId="77777777" w:rsidR="001B4D1B" w:rsidRDefault="00000000">
      <w:r>
        <w:t>Parent/guardian initials: ________     Athlete initials: ________</w:t>
      </w:r>
    </w:p>
    <w:p w14:paraId="291FC7B4" w14:textId="77777777" w:rsidR="001B4D1B" w:rsidRDefault="00000000">
      <w:r>
        <w:t>Athlete: ______________________________  Signature: __________________________  Date: __________</w:t>
      </w:r>
    </w:p>
    <w:p w14:paraId="433D0DAC" w14:textId="77777777" w:rsidR="001B4D1B" w:rsidRDefault="00000000">
      <w:r>
        <w:br w:type="page"/>
      </w:r>
    </w:p>
    <w:p w14:paraId="18424BB0" w14:textId="77777777" w:rsidR="001B4D1B" w:rsidRDefault="00000000">
      <w:pPr>
        <w:pStyle w:val="Heading1"/>
      </w:pPr>
      <w:r>
        <w:lastRenderedPageBreak/>
        <w:t>EXHIBIT B — PARENT/GUARDIAN &amp; SPECTATOR CODE OF CONDUCT</w:t>
      </w:r>
    </w:p>
    <w:p w14:paraId="425E6E5D" w14:textId="77777777" w:rsidR="001B4D1B" w:rsidRDefault="00000000">
      <w:r>
        <w:t>CYSL baseball • 14U / 16U • Standards reflecting the Babe Ruth League commitment to fair play, emotional self-control and youth development.</w:t>
      </w:r>
    </w:p>
    <w:p w14:paraId="3BBCADF1" w14:textId="77777777" w:rsidR="001B4D1B" w:rsidRDefault="00000000">
      <w:r>
        <w:t>1. Model respectful sportsmanship toward players, umpires, coaches, opponents, families and venue staff.</w:t>
      </w:r>
    </w:p>
    <w:p w14:paraId="5069CD51" w14:textId="77777777" w:rsidR="001B4D1B" w:rsidRDefault="00000000">
      <w:r>
        <w:t>Parent/guardian initials: ________</w:t>
      </w:r>
    </w:p>
    <w:p w14:paraId="05F6834E" w14:textId="77777777" w:rsidR="001B4D1B" w:rsidRDefault="00000000">
      <w:r>
        <w:t>2. Encourage effort and development; do not ridicule, shame or publicly criticize a child for mistakes or playing time.</w:t>
      </w:r>
    </w:p>
    <w:p w14:paraId="5D1809DF" w14:textId="77777777" w:rsidR="001B4D1B" w:rsidRDefault="00000000">
      <w:r>
        <w:t>Parent/guardian initials: ________</w:t>
      </w:r>
    </w:p>
    <w:p w14:paraId="7E3F953D" w14:textId="77777777" w:rsidR="001B4D1B" w:rsidRDefault="00000000">
      <w:r>
        <w:t>3. Allow coaches to coach and umpires to officiate; do not enter dugouts, fields or restricted areas without permission.</w:t>
      </w:r>
    </w:p>
    <w:p w14:paraId="684D2E35" w14:textId="77777777" w:rsidR="001B4D1B" w:rsidRDefault="00000000">
      <w:r>
        <w:t>Parent/guardian initials: ________</w:t>
      </w:r>
    </w:p>
    <w:p w14:paraId="73F29A91" w14:textId="77777777" w:rsidR="001B4D1B" w:rsidRDefault="00000000">
      <w:r>
        <w:t>4. Never threaten, harass, bully, discriminate against or intimidate athletes, officials, volunteers or families in person or online.</w:t>
      </w:r>
    </w:p>
    <w:p w14:paraId="3D209B6C" w14:textId="77777777" w:rsidR="001B4D1B" w:rsidRDefault="00000000">
      <w:r>
        <w:t>Parent/guardian initials: ________</w:t>
      </w:r>
    </w:p>
    <w:p w14:paraId="26F743B2" w14:textId="77777777" w:rsidR="001B4D1B" w:rsidRDefault="00000000">
      <w:r>
        <w:t>5. Follow facility and tournament rules, including alcohol, tobacco/vaping, weapons and spectator conduct restrictions.</w:t>
      </w:r>
    </w:p>
    <w:p w14:paraId="76ECC5BF" w14:textId="77777777" w:rsidR="001B4D1B" w:rsidRDefault="00000000">
      <w:r>
        <w:t>Parent/guardian initials: ________</w:t>
      </w:r>
    </w:p>
    <w:p w14:paraId="746B3887" w14:textId="77777777" w:rsidR="001B4D1B" w:rsidRDefault="00000000">
      <w:r>
        <w:t>6. Provide accurate contact information, transportation and appropriate supervision; notify the team of absences promptly.</w:t>
      </w:r>
    </w:p>
    <w:p w14:paraId="506494E5" w14:textId="77777777" w:rsidR="001B4D1B" w:rsidRDefault="00000000">
      <w:r>
        <w:t>Parent/guardian initials: ________</w:t>
      </w:r>
    </w:p>
    <w:p w14:paraId="3DB0E6CA" w14:textId="77777777" w:rsidR="001B4D1B" w:rsidRDefault="00000000">
      <w:r>
        <w:t>7. Raise ordinary concerns privately through the coach and CYSL escalation process; immediately report suspected abuse or urgent safety issues through appropriate channels.</w:t>
      </w:r>
    </w:p>
    <w:p w14:paraId="4692A5CE" w14:textId="77777777" w:rsidR="001B4D1B" w:rsidRDefault="00000000">
      <w:r>
        <w:t>Parent/guardian initials: ________</w:t>
      </w:r>
    </w:p>
    <w:p w14:paraId="02EFA230" w14:textId="77777777" w:rsidR="001B4D1B" w:rsidRDefault="00000000">
      <w:r>
        <w:t>8. Understand that CYSL or event officials may remove disruptive spectators and that League discipline follows a fair review process where practicable.</w:t>
      </w:r>
    </w:p>
    <w:p w14:paraId="3E2DB074" w14:textId="77777777" w:rsidR="001B4D1B" w:rsidRDefault="00000000">
      <w:r>
        <w:t>Parent/guardian initials: ________</w:t>
      </w:r>
    </w:p>
    <w:p w14:paraId="79D721A4" w14:textId="77777777" w:rsidR="001B4D1B" w:rsidRDefault="00000000">
      <w:r>
        <w:t>Parent/guardian: _______________________  Signature: __________________________  Date: __________</w:t>
      </w:r>
    </w:p>
    <w:p w14:paraId="4D3276B4" w14:textId="77777777" w:rsidR="001B4D1B" w:rsidRDefault="00000000">
      <w:r>
        <w:br w:type="page"/>
      </w:r>
    </w:p>
    <w:p w14:paraId="2400C769" w14:textId="77777777" w:rsidR="001B4D1B" w:rsidRDefault="00000000">
      <w:pPr>
        <w:pStyle w:val="Heading1"/>
      </w:pPr>
      <w:r>
        <w:lastRenderedPageBreak/>
        <w:t>EXHIBIT C — PAYMENT, FUNDRAISING &amp; SPONSORSHIP ELECTION</w:t>
      </w:r>
    </w:p>
    <w:p w14:paraId="4CEECFD3" w14:textId="77777777" w:rsidR="001B4D1B" w:rsidRDefault="00000000">
      <w:r>
        <w:t>Athlete: __________________________________     Team:  ☐ 14U  ☐ 16U</w:t>
      </w:r>
    </w:p>
    <w:p w14:paraId="00A7B2D7" w14:textId="77777777" w:rsidR="001B4D1B" w:rsidRDefault="00000000">
      <w:r>
        <w:t>Registration ($700):  ☐ Pay in full    ☐ Four installments of $175</w:t>
      </w:r>
    </w:p>
    <w:p w14:paraId="3C8485C6" w14:textId="77777777" w:rsidR="001B4D1B" w:rsidRDefault="00000000">
      <w:r>
        <w:t>Parent/guardian initials: ________</w:t>
      </w:r>
    </w:p>
    <w:p w14:paraId="430CC217" w14:textId="77777777" w:rsidR="001B4D1B" w:rsidRDefault="00000000">
      <w:r>
        <w:t>Installment due dates:  1. __________   2. __________   3. __________   4. __________</w:t>
      </w:r>
    </w:p>
    <w:p w14:paraId="5B7EC465" w14:textId="77777777" w:rsidR="001B4D1B" w:rsidRDefault="00000000">
      <w:r>
        <w:t>Parent/guardian initials: ________</w:t>
      </w:r>
    </w:p>
    <w:p w14:paraId="294140F1" w14:textId="77777777" w:rsidR="001B4D1B" w:rsidRDefault="00000000">
      <w:r>
        <w:t>Fundraising ($500, separate from registration):  ☐ Earn credits    ☐ Pay $500 buyout    ☐ Combination</w:t>
      </w:r>
    </w:p>
    <w:p w14:paraId="476526C1" w14:textId="77777777" w:rsidR="001B4D1B" w:rsidRDefault="00000000">
      <w:r>
        <w:t>Parent/guardian initials: ________</w:t>
      </w:r>
    </w:p>
    <w:p w14:paraId="0E8CA5B7" w14:textId="77777777" w:rsidR="001B4D1B" w:rsidRDefault="00000000">
      <w:r>
        <w:t>I understand qualifying athlete-generated sponsorships are divided 50% to athlete fundraising credit and 50% to CYSL; only cleared funds count, credits are capped at $500, and sponsorships do not reduce registration.</w:t>
      </w:r>
    </w:p>
    <w:p w14:paraId="44BE0AAA" w14:textId="77777777" w:rsidR="001B4D1B" w:rsidRDefault="00000000">
      <w:r>
        <w:t>Parent/guardian initials: ________</w:t>
      </w:r>
    </w:p>
    <w:p w14:paraId="49ABE38A" w14:textId="77777777" w:rsidR="001B4D1B" w:rsidRDefault="00000000">
      <w:r>
        <w:t>Fundraising deadline: __________   Remaining buyout due: __________</w:t>
      </w:r>
    </w:p>
    <w:p w14:paraId="6244FF6B" w14:textId="77777777" w:rsidR="001B4D1B" w:rsidRDefault="00000000">
      <w:r>
        <w:t>Parent/guardian initials: ________</w:t>
      </w:r>
    </w:p>
    <w:p w14:paraId="0C07A75B" w14:textId="77777777" w:rsidR="001B4D1B" w:rsidRDefault="00000000">
      <w:r>
        <w:t>I understand CYSL will provide the final approved refund policy, fundraising activity rules, payment instructions, and safeguarding contacts before this agreement is executed.</w:t>
      </w:r>
    </w:p>
    <w:p w14:paraId="1CAC0EB9" w14:textId="77777777" w:rsidR="001B4D1B" w:rsidRDefault="00000000">
      <w:r>
        <w:t>Parent/guardian initials: ________</w:t>
      </w:r>
    </w:p>
    <w:p w14:paraId="0FBD9FAF" w14:textId="77777777" w:rsidR="001B4D1B" w:rsidRDefault="00000000">
      <w:r>
        <w:t>Parent/guardian signature: ______________________________   Date: __________</w:t>
      </w:r>
    </w:p>
    <w:p w14:paraId="78A3B332" w14:textId="77777777" w:rsidR="001B4D1B" w:rsidRDefault="00000000">
      <w:r>
        <w:t>CYSL representative: ___________________________________   Date: __________</w:t>
      </w:r>
    </w:p>
    <w:p w14:paraId="5425FC5F" w14:textId="77777777" w:rsidR="001B4D1B" w:rsidRDefault="00000000">
      <w:r>
        <w:br w:type="page"/>
      </w:r>
    </w:p>
    <w:p w14:paraId="504F99CF" w14:textId="77777777" w:rsidR="001B4D1B" w:rsidRDefault="00000000">
      <w:pPr>
        <w:jc w:val="center"/>
      </w:pPr>
      <w:r>
        <w:rPr>
          <w:b/>
          <w:color w:val="555555"/>
          <w:sz w:val="30"/>
        </w:rPr>
        <w:lastRenderedPageBreak/>
        <w:t>CYSL BASEBALL | UNIFORM ORDER FORM</w:t>
      </w:r>
    </w:p>
    <w:p w14:paraId="18CC771D" w14:textId="77777777" w:rsidR="001B4D1B" w:rsidRDefault="00000000">
      <w:r>
        <w:t>Complete one form per athlete. Uniform styles, included items, prices, and ordering deadlines are subject to CYSL confirmation.</w:t>
      </w:r>
    </w:p>
    <w:p w14:paraId="77025000" w14:textId="77777777" w:rsidR="001B4D1B" w:rsidRDefault="00000000">
      <w:r>
        <w:rPr>
          <w:b/>
        </w:rPr>
        <w:t>Athlete name: _____________________________________   Team: ☐ 14U  ☐ 16U</w:t>
      </w:r>
    </w:p>
    <w:p w14:paraId="2EC4003E" w14:textId="77777777" w:rsidR="001B4D1B" w:rsidRDefault="00000000">
      <w:r>
        <w:rPr>
          <w:b/>
        </w:rPr>
        <w:t>Parent/guardian: _________________________________   Phone: __________________________</w:t>
      </w:r>
    </w:p>
    <w:p w14:paraId="304A2843" w14:textId="77777777" w:rsidR="001B4D1B" w:rsidRDefault="00000000">
      <w:r>
        <w:rPr>
          <w:b/>
        </w:rPr>
        <w:t>Email: __________________________________________________________________________</w:t>
      </w:r>
    </w:p>
    <w:p w14:paraId="27F74EBC" w14:textId="77777777" w:rsidR="001B4D1B" w:rsidRDefault="00000000">
      <w:r>
        <w:rPr>
          <w:b/>
        </w:rPr>
        <w:t>TOP THREE JERSEY NUMBER REQUESTS</w:t>
      </w:r>
      <w:r>
        <w:br/>
        <w:t>1st choice: __________     2nd choice: __________     3rd choice: __________</w:t>
      </w:r>
      <w:r>
        <w:br/>
        <w:t>Numbers are requests only and subject to availability and team assignment.</w:t>
      </w:r>
    </w:p>
    <w:p w14:paraId="55944535" w14:textId="77777777" w:rsidR="001B4D1B" w:rsidRDefault="00000000">
      <w:r>
        <w:rPr>
          <w:b/>
        </w:rPr>
        <w:t>Name to print on jersey, if offered: _________________________________________________</w:t>
      </w:r>
    </w:p>
    <w:p w14:paraId="342FE3F6" w14:textId="77777777" w:rsidR="001B4D1B" w:rsidRDefault="00000000">
      <w:pPr>
        <w:pStyle w:val="Heading2"/>
      </w:pPr>
      <w:r>
        <w:t>UNIFORM SIZING &amp; ITEMS</w:t>
      </w:r>
    </w:p>
    <w:tbl>
      <w:tblPr>
        <w:tblStyle w:val="TableGrid"/>
        <w:tblW w:w="0" w:type="auto"/>
        <w:jc w:val="center"/>
        <w:tblLook w:val="04A0" w:firstRow="1" w:lastRow="0" w:firstColumn="1" w:lastColumn="0" w:noHBand="0" w:noVBand="1"/>
      </w:tblPr>
      <w:tblGrid>
        <w:gridCol w:w="2467"/>
        <w:gridCol w:w="2467"/>
        <w:gridCol w:w="2467"/>
        <w:gridCol w:w="2467"/>
      </w:tblGrid>
      <w:tr w:rsidR="001B4D1B" w14:paraId="358DC867" w14:textId="77777777">
        <w:trPr>
          <w:jc w:val="center"/>
        </w:trPr>
        <w:tc>
          <w:tcPr>
            <w:tcW w:w="2469" w:type="dxa"/>
            <w:shd w:val="clear" w:color="auto" w:fill="555555"/>
          </w:tcPr>
          <w:p w14:paraId="2C4928D0" w14:textId="77777777" w:rsidR="001B4D1B" w:rsidRDefault="00000000">
            <w:r>
              <w:rPr>
                <w:b/>
                <w:color w:val="FFFFFF"/>
              </w:rPr>
              <w:t>Item</w:t>
            </w:r>
          </w:p>
        </w:tc>
        <w:tc>
          <w:tcPr>
            <w:tcW w:w="2469" w:type="dxa"/>
            <w:shd w:val="clear" w:color="auto" w:fill="555555"/>
          </w:tcPr>
          <w:p w14:paraId="0DAF823E" w14:textId="77777777" w:rsidR="001B4D1B" w:rsidRDefault="00000000">
            <w:r>
              <w:rPr>
                <w:b/>
                <w:color w:val="FFFFFF"/>
              </w:rPr>
              <w:t>Size</w:t>
            </w:r>
          </w:p>
        </w:tc>
        <w:tc>
          <w:tcPr>
            <w:tcW w:w="2469" w:type="dxa"/>
            <w:shd w:val="clear" w:color="auto" w:fill="555555"/>
          </w:tcPr>
          <w:p w14:paraId="21242D5D" w14:textId="77777777" w:rsidR="001B4D1B" w:rsidRDefault="00000000">
            <w:r>
              <w:rPr>
                <w:b/>
                <w:color w:val="FFFFFF"/>
              </w:rPr>
              <w:t>Quantity</w:t>
            </w:r>
          </w:p>
        </w:tc>
        <w:tc>
          <w:tcPr>
            <w:tcW w:w="2469" w:type="dxa"/>
            <w:shd w:val="clear" w:color="auto" w:fill="555555"/>
          </w:tcPr>
          <w:p w14:paraId="03ECFC0A" w14:textId="77777777" w:rsidR="001B4D1B" w:rsidRDefault="00000000">
            <w:r>
              <w:rPr>
                <w:b/>
                <w:color w:val="FFFFFF"/>
              </w:rPr>
              <w:t>Notes / fit</w:t>
            </w:r>
          </w:p>
        </w:tc>
      </w:tr>
      <w:tr w:rsidR="001B4D1B" w14:paraId="1C7EDA54" w14:textId="77777777">
        <w:trPr>
          <w:jc w:val="center"/>
        </w:trPr>
        <w:tc>
          <w:tcPr>
            <w:tcW w:w="2469" w:type="dxa"/>
          </w:tcPr>
          <w:p w14:paraId="1B4DD6CF" w14:textId="77777777" w:rsidR="001B4D1B" w:rsidRDefault="00000000">
            <w:r>
              <w:t>Jersey</w:t>
            </w:r>
          </w:p>
        </w:tc>
        <w:tc>
          <w:tcPr>
            <w:tcW w:w="2469" w:type="dxa"/>
          </w:tcPr>
          <w:p w14:paraId="1436904E" w14:textId="77777777" w:rsidR="001B4D1B" w:rsidRDefault="00000000">
            <w:r>
              <w:t>____________</w:t>
            </w:r>
          </w:p>
        </w:tc>
        <w:tc>
          <w:tcPr>
            <w:tcW w:w="2469" w:type="dxa"/>
          </w:tcPr>
          <w:p w14:paraId="0C4AB04B" w14:textId="77777777" w:rsidR="001B4D1B" w:rsidRDefault="00000000">
            <w:r>
              <w:t>____________</w:t>
            </w:r>
          </w:p>
        </w:tc>
        <w:tc>
          <w:tcPr>
            <w:tcW w:w="2469" w:type="dxa"/>
          </w:tcPr>
          <w:p w14:paraId="2859EA50" w14:textId="77777777" w:rsidR="001B4D1B" w:rsidRDefault="00000000">
            <w:r>
              <w:t>____________</w:t>
            </w:r>
          </w:p>
        </w:tc>
      </w:tr>
      <w:tr w:rsidR="001B4D1B" w14:paraId="59AD5E15" w14:textId="77777777">
        <w:trPr>
          <w:jc w:val="center"/>
        </w:trPr>
        <w:tc>
          <w:tcPr>
            <w:tcW w:w="2469" w:type="dxa"/>
            <w:shd w:val="clear" w:color="auto" w:fill="F1F1F1"/>
          </w:tcPr>
          <w:p w14:paraId="498A8522" w14:textId="77777777" w:rsidR="001B4D1B" w:rsidRDefault="00000000">
            <w:r>
              <w:t>Pants</w:t>
            </w:r>
          </w:p>
        </w:tc>
        <w:tc>
          <w:tcPr>
            <w:tcW w:w="2469" w:type="dxa"/>
            <w:shd w:val="clear" w:color="auto" w:fill="F1F1F1"/>
          </w:tcPr>
          <w:p w14:paraId="6222412A" w14:textId="77777777" w:rsidR="001B4D1B" w:rsidRDefault="00000000">
            <w:r>
              <w:t>____________</w:t>
            </w:r>
          </w:p>
        </w:tc>
        <w:tc>
          <w:tcPr>
            <w:tcW w:w="2469" w:type="dxa"/>
            <w:shd w:val="clear" w:color="auto" w:fill="F1F1F1"/>
          </w:tcPr>
          <w:p w14:paraId="572AE3F7" w14:textId="77777777" w:rsidR="001B4D1B" w:rsidRDefault="00000000">
            <w:r>
              <w:t>____________</w:t>
            </w:r>
          </w:p>
        </w:tc>
        <w:tc>
          <w:tcPr>
            <w:tcW w:w="2469" w:type="dxa"/>
            <w:shd w:val="clear" w:color="auto" w:fill="F1F1F1"/>
          </w:tcPr>
          <w:p w14:paraId="2378504D" w14:textId="77777777" w:rsidR="001B4D1B" w:rsidRDefault="00000000">
            <w:r>
              <w:t>____________</w:t>
            </w:r>
          </w:p>
        </w:tc>
      </w:tr>
      <w:tr w:rsidR="001B4D1B" w14:paraId="35CB8B97" w14:textId="77777777">
        <w:trPr>
          <w:jc w:val="center"/>
        </w:trPr>
        <w:tc>
          <w:tcPr>
            <w:tcW w:w="2469" w:type="dxa"/>
          </w:tcPr>
          <w:p w14:paraId="6AFF29BD" w14:textId="77777777" w:rsidR="001B4D1B" w:rsidRDefault="00000000">
            <w:r>
              <w:t>Cap / hat</w:t>
            </w:r>
          </w:p>
        </w:tc>
        <w:tc>
          <w:tcPr>
            <w:tcW w:w="2469" w:type="dxa"/>
          </w:tcPr>
          <w:p w14:paraId="59F116E5" w14:textId="77777777" w:rsidR="001B4D1B" w:rsidRDefault="00000000">
            <w:r>
              <w:t>____________</w:t>
            </w:r>
          </w:p>
        </w:tc>
        <w:tc>
          <w:tcPr>
            <w:tcW w:w="2469" w:type="dxa"/>
          </w:tcPr>
          <w:p w14:paraId="110823F0" w14:textId="77777777" w:rsidR="001B4D1B" w:rsidRDefault="00000000">
            <w:r>
              <w:t>____________</w:t>
            </w:r>
          </w:p>
        </w:tc>
        <w:tc>
          <w:tcPr>
            <w:tcW w:w="2469" w:type="dxa"/>
          </w:tcPr>
          <w:p w14:paraId="00577260" w14:textId="77777777" w:rsidR="001B4D1B" w:rsidRDefault="00000000">
            <w:r>
              <w:t>____________</w:t>
            </w:r>
          </w:p>
        </w:tc>
      </w:tr>
      <w:tr w:rsidR="001B4D1B" w14:paraId="195CFAF7" w14:textId="77777777">
        <w:trPr>
          <w:jc w:val="center"/>
        </w:trPr>
        <w:tc>
          <w:tcPr>
            <w:tcW w:w="2469" w:type="dxa"/>
            <w:shd w:val="clear" w:color="auto" w:fill="F1F1F1"/>
          </w:tcPr>
          <w:p w14:paraId="5CB6FAF8" w14:textId="77777777" w:rsidR="001B4D1B" w:rsidRDefault="00000000">
            <w:r>
              <w:t>Other (specify)</w:t>
            </w:r>
          </w:p>
        </w:tc>
        <w:tc>
          <w:tcPr>
            <w:tcW w:w="2469" w:type="dxa"/>
            <w:shd w:val="clear" w:color="auto" w:fill="F1F1F1"/>
          </w:tcPr>
          <w:p w14:paraId="72C6DF85" w14:textId="77777777" w:rsidR="001B4D1B" w:rsidRDefault="00000000">
            <w:r>
              <w:t>____________</w:t>
            </w:r>
          </w:p>
        </w:tc>
        <w:tc>
          <w:tcPr>
            <w:tcW w:w="2469" w:type="dxa"/>
            <w:shd w:val="clear" w:color="auto" w:fill="F1F1F1"/>
          </w:tcPr>
          <w:p w14:paraId="5279F2F1" w14:textId="77777777" w:rsidR="001B4D1B" w:rsidRDefault="00000000">
            <w:r>
              <w:t>____________</w:t>
            </w:r>
          </w:p>
        </w:tc>
        <w:tc>
          <w:tcPr>
            <w:tcW w:w="2469" w:type="dxa"/>
            <w:shd w:val="clear" w:color="auto" w:fill="F1F1F1"/>
          </w:tcPr>
          <w:p w14:paraId="2B69EAAF" w14:textId="77777777" w:rsidR="001B4D1B" w:rsidRDefault="00000000">
            <w:r>
              <w:t>____________</w:t>
            </w:r>
          </w:p>
        </w:tc>
      </w:tr>
    </w:tbl>
    <w:p w14:paraId="1F14A2D6" w14:textId="77777777" w:rsidR="001B4D1B" w:rsidRDefault="00000000">
      <w:pPr>
        <w:spacing w:before="140"/>
      </w:pPr>
      <w:r>
        <w:t>Size system (if known): ☐ Youth  ☐ Adult   |   Fit preference: ☐ Standard  ☐ Relaxed</w:t>
      </w:r>
    </w:p>
    <w:p w14:paraId="75B79BB1" w14:textId="77777777" w:rsidR="001B4D1B" w:rsidRDefault="00000000">
      <w:r>
        <w:t>Optional sizing notes: ______________________________________________________________</w:t>
      </w:r>
    </w:p>
    <w:p w14:paraId="1FDCDF19" w14:textId="77777777" w:rsidR="001B4D1B" w:rsidRDefault="00000000">
      <w:pPr>
        <w:pStyle w:val="Heading2"/>
      </w:pPr>
      <w:r>
        <w:t>ORDER &amp; PAYMENT ACKNOWLEDGMENTS</w:t>
      </w:r>
    </w:p>
    <w:p w14:paraId="7767770E" w14:textId="77777777" w:rsidR="001B4D1B" w:rsidRDefault="00000000">
      <w:r>
        <w:t>Parent initials: ______  I understand that listed sizes are my selections and will verify sizing against the final CYSL/vendor size chart before ordering.</w:t>
      </w:r>
    </w:p>
    <w:p w14:paraId="574F3E09" w14:textId="77777777" w:rsidR="001B4D1B" w:rsidRDefault="00000000">
      <w:r>
        <w:t>Parent initials: ______  I understand that jersey numbers, personalization, item availability, and delivery dates are not guaranteed.</w:t>
      </w:r>
    </w:p>
    <w:p w14:paraId="160BB31E" w14:textId="77777777" w:rsidR="001B4D1B" w:rsidRDefault="00000000">
      <w:r>
        <w:t>Parent initials: ______  I understand that CYSL will confirm which uniform items are included in registration and will disclose any optional additional costs before I authorize an order.</w:t>
      </w:r>
    </w:p>
    <w:p w14:paraId="59E34330" w14:textId="77777777" w:rsidR="001B4D1B" w:rsidRDefault="00000000">
      <w:r>
        <w:rPr>
          <w:b/>
        </w:rPr>
        <w:t>CYSL-confirmed included items: _______________________________________________________</w:t>
      </w:r>
    </w:p>
    <w:p w14:paraId="7E95789A" w14:textId="77777777" w:rsidR="001B4D1B" w:rsidRDefault="00000000">
      <w:r>
        <w:rPr>
          <w:b/>
        </w:rPr>
        <w:t>Optional items / price (if approved): __________________________________________________</w:t>
      </w:r>
    </w:p>
    <w:p w14:paraId="4740A8ED" w14:textId="77777777" w:rsidR="001B4D1B" w:rsidRDefault="00000000">
      <w:r>
        <w:rPr>
          <w:b/>
        </w:rPr>
        <w:t>Order deadline (to be supplied by CYSL): _____________________</w:t>
      </w:r>
    </w:p>
    <w:p w14:paraId="169D650A" w14:textId="77777777" w:rsidR="001B4D1B" w:rsidRDefault="00000000">
      <w:r>
        <w:rPr>
          <w:b/>
        </w:rPr>
        <w:t>Parent/guardian signature: ____________________________________  Date: _______________</w:t>
      </w:r>
    </w:p>
    <w:p w14:paraId="2F39FB6A" w14:textId="77777777" w:rsidR="001B4D1B" w:rsidRDefault="00000000">
      <w:r>
        <w:rPr>
          <w:b/>
        </w:rPr>
        <w:t>CYSL received by: ___________________________________________  Date: _______________</w:t>
      </w:r>
    </w:p>
    <w:sectPr w:rsidR="001B4D1B" w:rsidSect="00034616">
      <w:footerReference w:type="default" r:id="rId8"/>
      <w:pgSz w:w="12240" w:h="15840"/>
      <w:pgMar w:top="1037"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B058B" w14:textId="77777777" w:rsidR="00604ECA" w:rsidRDefault="00604ECA">
      <w:pPr>
        <w:spacing w:after="0" w:line="240" w:lineRule="auto"/>
      </w:pPr>
      <w:r>
        <w:separator/>
      </w:r>
    </w:p>
  </w:endnote>
  <w:endnote w:type="continuationSeparator" w:id="0">
    <w:p w14:paraId="11BEF5E1" w14:textId="77777777" w:rsidR="00604ECA" w:rsidRDefault="00604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8F3B" w14:textId="77777777" w:rsidR="001B4D1B" w:rsidRDefault="00000000">
    <w:pPr>
      <w:pStyle w:val="Footer"/>
      <w:jc w:val="center"/>
    </w:pPr>
    <w:r>
      <w:rPr>
        <w:color w:val="BE7A93"/>
      </w:rPr>
      <w:t xml:space="preserve">CYSL </w:t>
    </w:r>
    <w:proofErr w:type="gramStart"/>
    <w:r>
      <w:rPr>
        <w:color w:val="BE7A93"/>
      </w:rPr>
      <w:t>BASEBALL  •</w:t>
    </w:r>
    <w:proofErr w:type="gramEnd"/>
    <w:r>
      <w:rPr>
        <w:color w:val="BE7A93"/>
      </w:rPr>
      <w:t xml:space="preserve">  PLAYER &amp; FAMILY </w:t>
    </w:r>
    <w:proofErr w:type="gramStart"/>
    <w:r>
      <w:rPr>
        <w:color w:val="BE7A93"/>
      </w:rPr>
      <w:t>AGREEMENT  •</w:t>
    </w:r>
    <w:proofErr w:type="gramEnd"/>
    <w:r>
      <w:rPr>
        <w:color w:val="BE7A93"/>
      </w:rPr>
      <w:t xml:space="preserve">  BOARD REVIEW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5CD1" w14:textId="77777777" w:rsidR="00604ECA" w:rsidRDefault="00604ECA">
      <w:pPr>
        <w:spacing w:after="0" w:line="240" w:lineRule="auto"/>
      </w:pPr>
      <w:r>
        <w:separator/>
      </w:r>
    </w:p>
  </w:footnote>
  <w:footnote w:type="continuationSeparator" w:id="0">
    <w:p w14:paraId="71D48111" w14:textId="77777777" w:rsidR="00604ECA" w:rsidRDefault="00604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9521052">
    <w:abstractNumId w:val="8"/>
  </w:num>
  <w:num w:numId="2" w16cid:durableId="1215510371">
    <w:abstractNumId w:val="6"/>
  </w:num>
  <w:num w:numId="3" w16cid:durableId="312950109">
    <w:abstractNumId w:val="5"/>
  </w:num>
  <w:num w:numId="4" w16cid:durableId="1607034261">
    <w:abstractNumId w:val="4"/>
  </w:num>
  <w:num w:numId="5" w16cid:durableId="1022247255">
    <w:abstractNumId w:val="7"/>
  </w:num>
  <w:num w:numId="6" w16cid:durableId="557059255">
    <w:abstractNumId w:val="3"/>
  </w:num>
  <w:num w:numId="7" w16cid:durableId="792795769">
    <w:abstractNumId w:val="2"/>
  </w:num>
  <w:num w:numId="8" w16cid:durableId="1812626612">
    <w:abstractNumId w:val="1"/>
  </w:num>
  <w:num w:numId="9" w16cid:durableId="1958218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4D1B"/>
    <w:rsid w:val="0029639D"/>
    <w:rsid w:val="00326F90"/>
    <w:rsid w:val="00604ECA"/>
    <w:rsid w:val="00610DC5"/>
    <w:rsid w:val="008C02E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C42BD2"/>
  <w14:defaultImageDpi w14:val="300"/>
  <w15:docId w15:val="{44B77AD8-6FE1-4CBE-9AB9-A897EF76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40454C"/>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F414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55565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5565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55565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55565A"/>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55565A"/>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55565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55565A"/>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55565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3F4145"/>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5565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1690</Words>
  <Characters>9635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Charity Campfield</cp:lastModifiedBy>
  <cp:revision>2</cp:revision>
  <dcterms:created xsi:type="dcterms:W3CDTF">2026-10-30T20:36:00Z</dcterms:created>
  <dcterms:modified xsi:type="dcterms:W3CDTF">2026-10-30T20:36:00Z</dcterms:modified>
  <cp:category/>
</cp:coreProperties>
</file>