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4062B" w14:textId="77777777" w:rsidR="00ED7A05" w:rsidRDefault="000A786C">
      <w:pPr>
        <w:spacing w:after="40"/>
      </w:pPr>
      <w:r>
        <w:rPr>
          <w:b/>
          <w:color w:val="5A5852"/>
          <w:sz w:val="23"/>
        </w:rPr>
        <w:t>CHEYENNE YOUTH SPORTS LEAGUE, INC.</w:t>
      </w:r>
    </w:p>
    <w:p w14:paraId="56ED4ADB" w14:textId="77777777" w:rsidR="00ED7A05" w:rsidRDefault="000A786C">
      <w:pPr>
        <w:spacing w:after="60"/>
      </w:pPr>
      <w:r>
        <w:rPr>
          <w:b/>
          <w:color w:val="01696F"/>
          <w:sz w:val="48"/>
        </w:rPr>
        <w:t>Codes of Conduct</w:t>
      </w:r>
    </w:p>
    <w:p w14:paraId="685D85FA" w14:textId="77777777" w:rsidR="00ED7A05" w:rsidRDefault="000A786C">
      <w:r>
        <w:rPr>
          <w:color w:val="5A5852"/>
          <w:sz w:val="23"/>
        </w:rPr>
        <w:t>Directors and Officers  •  Coaches  •  Parents and Guardians  •  Players</w:t>
      </w:r>
    </w:p>
    <w:p w14:paraId="66E9C087" w14:textId="77777777" w:rsidR="00ED7A05" w:rsidRDefault="000A786C">
      <w:pPr>
        <w:spacing w:after="280"/>
      </w:pPr>
      <w:r>
        <w:rPr>
          <w:color w:val="5A5852"/>
          <w:sz w:val="18"/>
        </w:rPr>
        <w:t>Adopted by the Board of Directors on ______________, 2026  •  Draft prepared September 18, 2026</w:t>
      </w:r>
    </w:p>
    <w:p w14:paraId="308BECC9" w14:textId="77777777" w:rsidR="00ED7A05" w:rsidRDefault="00ED7A05">
      <w:pPr>
        <w:spacing w:after="0"/>
      </w:pPr>
    </w:p>
    <w:tbl>
      <w:tblPr>
        <w:tblStyle w:val="TableGrid"/>
        <w:tblW w:w="0" w:type="auto"/>
        <w:tblLayout w:type="fixed"/>
        <w:tblLook w:val="04A0" w:firstRow="1" w:lastRow="0" w:firstColumn="1" w:lastColumn="0" w:noHBand="0" w:noVBand="1"/>
      </w:tblPr>
      <w:tblGrid>
        <w:gridCol w:w="9360"/>
      </w:tblGrid>
      <w:tr w:rsidR="00ED7A05" w14:paraId="3196E4B3" w14:textId="77777777">
        <w:tc>
          <w:tcPr>
            <w:tcW w:w="9360" w:type="dxa"/>
            <w:shd w:val="clear" w:color="auto" w:fill="FBF3E8"/>
          </w:tcPr>
          <w:p w14:paraId="0307AA86" w14:textId="77777777" w:rsidR="00ED7A05" w:rsidRDefault="000A786C">
            <w:pPr>
              <w:spacing w:after="40"/>
            </w:pPr>
            <w:r>
              <w:rPr>
                <w:b/>
                <w:color w:val="964219"/>
                <w:sz w:val="19"/>
              </w:rPr>
              <w:t>Four separate codes, four separate signatures</w:t>
            </w:r>
          </w:p>
          <w:p w14:paraId="58257F71" w14:textId="77777777" w:rsidR="00ED7A05" w:rsidRDefault="000A786C">
            <w:pPr>
              <w:spacing w:after="60"/>
            </w:pPr>
            <w:r>
              <w:rPr>
                <w:sz w:val="19"/>
              </w:rPr>
              <w:t>Each code below is a standalone document with its own acknowledgment form on its final page. Print and distribute them separately: directors and officers sign Code A annually; every coach and adult volunteer signs Codes A, B, and C; each family signs Code C and each participant signs Code D at registration. The Secretary retains all signed forms. These codes are incorporated into the League's Bylaws by reference under Article X.</w:t>
            </w:r>
          </w:p>
        </w:tc>
      </w:tr>
    </w:tbl>
    <w:p w14:paraId="04D07EEC" w14:textId="77777777" w:rsidR="00ED7A05" w:rsidRDefault="00ED7A05">
      <w:pPr>
        <w:spacing w:after="0"/>
      </w:pPr>
    </w:p>
    <w:tbl>
      <w:tblPr>
        <w:tblStyle w:val="TableGrid"/>
        <w:tblW w:w="0" w:type="auto"/>
        <w:jc w:val="center"/>
        <w:tblLayout w:type="fixed"/>
        <w:tblLook w:val="04A0" w:firstRow="1" w:lastRow="0" w:firstColumn="1" w:lastColumn="0" w:noHBand="0" w:noVBand="1"/>
      </w:tblPr>
      <w:tblGrid>
        <w:gridCol w:w="2808"/>
        <w:gridCol w:w="4176"/>
        <w:gridCol w:w="2376"/>
      </w:tblGrid>
      <w:tr w:rsidR="00ED7A05" w14:paraId="20D0F659" w14:textId="77777777">
        <w:trPr>
          <w:tblHeader/>
          <w:jc w:val="center"/>
        </w:trPr>
        <w:tc>
          <w:tcPr>
            <w:tcW w:w="2808" w:type="dxa"/>
            <w:shd w:val="clear" w:color="auto" w:fill="01696F"/>
          </w:tcPr>
          <w:p w14:paraId="4DA1D9AF" w14:textId="77777777" w:rsidR="00ED7A05" w:rsidRDefault="000A786C">
            <w:pPr>
              <w:spacing w:before="60" w:after="60"/>
            </w:pPr>
            <w:r>
              <w:rPr>
                <w:b/>
                <w:color w:val="FFFFFF"/>
                <w:sz w:val="19"/>
              </w:rPr>
              <w:t>Code</w:t>
            </w:r>
          </w:p>
        </w:tc>
        <w:tc>
          <w:tcPr>
            <w:tcW w:w="4176" w:type="dxa"/>
            <w:shd w:val="clear" w:color="auto" w:fill="01696F"/>
          </w:tcPr>
          <w:p w14:paraId="5528E005" w14:textId="77777777" w:rsidR="00ED7A05" w:rsidRDefault="000A786C">
            <w:pPr>
              <w:spacing w:before="60" w:after="60"/>
            </w:pPr>
            <w:r>
              <w:rPr>
                <w:b/>
                <w:color w:val="FFFFFF"/>
                <w:sz w:val="19"/>
              </w:rPr>
              <w:t>Who signs</w:t>
            </w:r>
          </w:p>
        </w:tc>
        <w:tc>
          <w:tcPr>
            <w:tcW w:w="2376" w:type="dxa"/>
            <w:shd w:val="clear" w:color="auto" w:fill="01696F"/>
          </w:tcPr>
          <w:p w14:paraId="1C270AAB" w14:textId="77777777" w:rsidR="00ED7A05" w:rsidRDefault="000A786C">
            <w:pPr>
              <w:spacing w:before="60" w:after="60"/>
            </w:pPr>
            <w:r>
              <w:rPr>
                <w:b/>
                <w:color w:val="FFFFFF"/>
                <w:sz w:val="19"/>
              </w:rPr>
              <w:t>When</w:t>
            </w:r>
          </w:p>
        </w:tc>
      </w:tr>
      <w:tr w:rsidR="00ED7A05" w14:paraId="17A5C94D" w14:textId="77777777">
        <w:trPr>
          <w:jc w:val="center"/>
        </w:trPr>
        <w:tc>
          <w:tcPr>
            <w:tcW w:w="2808" w:type="dxa"/>
          </w:tcPr>
          <w:p w14:paraId="0B877EF7" w14:textId="77777777" w:rsidR="00ED7A05" w:rsidRDefault="000A786C">
            <w:pPr>
              <w:spacing w:before="60" w:after="60"/>
            </w:pPr>
            <w:r>
              <w:rPr>
                <w:b/>
                <w:sz w:val="19"/>
              </w:rPr>
              <w:t>A — Directors and Officers</w:t>
            </w:r>
          </w:p>
        </w:tc>
        <w:tc>
          <w:tcPr>
            <w:tcW w:w="4176" w:type="dxa"/>
          </w:tcPr>
          <w:p w14:paraId="681E79E8" w14:textId="77777777" w:rsidR="00ED7A05" w:rsidRDefault="000A786C">
            <w:pPr>
              <w:spacing w:before="60" w:after="60"/>
            </w:pPr>
            <w:r>
              <w:rPr>
                <w:sz w:val="19"/>
              </w:rPr>
              <w:t>Directors and officers; also signed by coaches</w:t>
            </w:r>
          </w:p>
        </w:tc>
        <w:tc>
          <w:tcPr>
            <w:tcW w:w="2376" w:type="dxa"/>
          </w:tcPr>
          <w:p w14:paraId="7437B19D" w14:textId="77777777" w:rsidR="00ED7A05" w:rsidRDefault="000A786C">
            <w:pPr>
              <w:spacing w:before="60" w:after="60"/>
            </w:pPr>
            <w:r>
              <w:rPr>
                <w:sz w:val="19"/>
              </w:rPr>
              <w:t>On appointment and annually thereafter</w:t>
            </w:r>
          </w:p>
        </w:tc>
      </w:tr>
      <w:tr w:rsidR="00ED7A05" w14:paraId="40CC9BE7" w14:textId="77777777">
        <w:trPr>
          <w:jc w:val="center"/>
        </w:trPr>
        <w:tc>
          <w:tcPr>
            <w:tcW w:w="2808" w:type="dxa"/>
            <w:shd w:val="clear" w:color="auto" w:fill="F4F3EF"/>
          </w:tcPr>
          <w:p w14:paraId="4E284CCA" w14:textId="77777777" w:rsidR="00ED7A05" w:rsidRDefault="000A786C">
            <w:pPr>
              <w:spacing w:before="60" w:after="60"/>
            </w:pPr>
            <w:r>
              <w:rPr>
                <w:b/>
                <w:sz w:val="19"/>
              </w:rPr>
              <w:t>B — Coaches and Team Volunteers</w:t>
            </w:r>
          </w:p>
        </w:tc>
        <w:tc>
          <w:tcPr>
            <w:tcW w:w="4176" w:type="dxa"/>
            <w:shd w:val="clear" w:color="auto" w:fill="F4F3EF"/>
          </w:tcPr>
          <w:p w14:paraId="7B16B599" w14:textId="77777777" w:rsidR="00ED7A05" w:rsidRDefault="000A786C">
            <w:pPr>
              <w:spacing w:before="60" w:after="60"/>
            </w:pPr>
            <w:r>
              <w:rPr>
                <w:sz w:val="19"/>
              </w:rPr>
              <w:t>Head coaches, assistant coaches, team parents, scorekeepers, and any adult volunteer with participant contact</w:t>
            </w:r>
          </w:p>
        </w:tc>
        <w:tc>
          <w:tcPr>
            <w:tcW w:w="2376" w:type="dxa"/>
            <w:shd w:val="clear" w:color="auto" w:fill="F4F3EF"/>
          </w:tcPr>
          <w:p w14:paraId="3141B514" w14:textId="77777777" w:rsidR="00ED7A05" w:rsidRDefault="000A786C">
            <w:pPr>
              <w:spacing w:before="60" w:after="60"/>
            </w:pPr>
            <w:r>
              <w:rPr>
                <w:sz w:val="19"/>
              </w:rPr>
              <w:t>Before first contact with participants, and annually</w:t>
            </w:r>
          </w:p>
        </w:tc>
      </w:tr>
      <w:tr w:rsidR="00ED7A05" w14:paraId="51532C99" w14:textId="77777777">
        <w:trPr>
          <w:jc w:val="center"/>
        </w:trPr>
        <w:tc>
          <w:tcPr>
            <w:tcW w:w="2808" w:type="dxa"/>
          </w:tcPr>
          <w:p w14:paraId="0485CC61" w14:textId="77777777" w:rsidR="00ED7A05" w:rsidRDefault="000A786C">
            <w:pPr>
              <w:spacing w:before="60" w:after="60"/>
            </w:pPr>
            <w:r>
              <w:rPr>
                <w:b/>
                <w:sz w:val="19"/>
              </w:rPr>
              <w:t>C — Parents and Guardians</w:t>
            </w:r>
          </w:p>
        </w:tc>
        <w:tc>
          <w:tcPr>
            <w:tcW w:w="4176" w:type="dxa"/>
          </w:tcPr>
          <w:p w14:paraId="1BFE6874" w14:textId="77777777" w:rsidR="00ED7A05" w:rsidRDefault="000A786C">
            <w:pPr>
              <w:spacing w:before="60" w:after="60"/>
            </w:pPr>
            <w:r>
              <w:rPr>
                <w:sz w:val="19"/>
              </w:rPr>
              <w:t>At least one parent or guardian of each participant; also signed by coaches</w:t>
            </w:r>
          </w:p>
        </w:tc>
        <w:tc>
          <w:tcPr>
            <w:tcW w:w="2376" w:type="dxa"/>
          </w:tcPr>
          <w:p w14:paraId="09F9DAFF" w14:textId="77777777" w:rsidR="00ED7A05" w:rsidRDefault="000A786C">
            <w:pPr>
              <w:spacing w:before="60" w:after="60"/>
            </w:pPr>
            <w:r>
              <w:rPr>
                <w:sz w:val="19"/>
              </w:rPr>
              <w:t>At registration, each season</w:t>
            </w:r>
          </w:p>
        </w:tc>
      </w:tr>
      <w:tr w:rsidR="00ED7A05" w14:paraId="71D9E26C" w14:textId="77777777">
        <w:trPr>
          <w:jc w:val="center"/>
        </w:trPr>
        <w:tc>
          <w:tcPr>
            <w:tcW w:w="2808" w:type="dxa"/>
            <w:shd w:val="clear" w:color="auto" w:fill="F4F3EF"/>
          </w:tcPr>
          <w:p w14:paraId="7EE2B9C0" w14:textId="77777777" w:rsidR="00ED7A05" w:rsidRDefault="000A786C">
            <w:pPr>
              <w:spacing w:before="60" w:after="60"/>
            </w:pPr>
            <w:r>
              <w:rPr>
                <w:b/>
                <w:sz w:val="19"/>
              </w:rPr>
              <w:t>D — Players</w:t>
            </w:r>
          </w:p>
        </w:tc>
        <w:tc>
          <w:tcPr>
            <w:tcW w:w="4176" w:type="dxa"/>
            <w:shd w:val="clear" w:color="auto" w:fill="F4F3EF"/>
          </w:tcPr>
          <w:p w14:paraId="5AFD0897" w14:textId="77777777" w:rsidR="00ED7A05" w:rsidRDefault="000A786C">
            <w:pPr>
              <w:spacing w:before="60" w:after="60"/>
            </w:pPr>
            <w:r>
              <w:rPr>
                <w:sz w:val="19"/>
              </w:rPr>
              <w:t>Each participant, with a parent or guardian co-signing</w:t>
            </w:r>
          </w:p>
        </w:tc>
        <w:tc>
          <w:tcPr>
            <w:tcW w:w="2376" w:type="dxa"/>
            <w:shd w:val="clear" w:color="auto" w:fill="F4F3EF"/>
          </w:tcPr>
          <w:p w14:paraId="383F5CDA" w14:textId="77777777" w:rsidR="00ED7A05" w:rsidRDefault="000A786C">
            <w:pPr>
              <w:spacing w:before="60" w:after="60"/>
            </w:pPr>
            <w:r>
              <w:rPr>
                <w:sz w:val="19"/>
              </w:rPr>
              <w:t>At registration, each season</w:t>
            </w:r>
          </w:p>
        </w:tc>
      </w:tr>
    </w:tbl>
    <w:p w14:paraId="4ED03129" w14:textId="77777777" w:rsidR="00ED7A05" w:rsidRDefault="000A786C">
      <w:r>
        <w:br w:type="page"/>
      </w:r>
    </w:p>
    <w:p w14:paraId="23FAC956" w14:textId="77777777" w:rsidR="00ED7A05" w:rsidRDefault="000A786C">
      <w:pPr>
        <w:keepNext/>
        <w:pBdr>
          <w:bottom w:val="single" w:sz="6" w:space="3" w:color="C9C6BF"/>
        </w:pBdr>
        <w:spacing w:after="100"/>
      </w:pPr>
      <w:r>
        <w:rPr>
          <w:b/>
          <w:color w:val="01696F"/>
          <w:sz w:val="28"/>
        </w:rPr>
        <w:lastRenderedPageBreak/>
        <w:t>Code A — Code of Ethics for Directors and Officers</w:t>
      </w:r>
    </w:p>
    <w:p w14:paraId="670AC11B" w14:textId="77777777" w:rsidR="00ED7A05" w:rsidRDefault="000A786C">
      <w:r>
        <w:rPr>
          <w:color w:val="5A5852"/>
          <w:sz w:val="20"/>
        </w:rPr>
        <w:t>This Code applies to every director, officer, coach, assistant coach, employee, contractor, and adult volunteer of Cheyenne Youth Sports League, Inc. Where this Code refers to "you," it means the person signing it.</w:t>
      </w:r>
    </w:p>
    <w:p w14:paraId="229F12FC" w14:textId="77777777" w:rsidR="00ED7A05" w:rsidRDefault="000A786C">
      <w:pPr>
        <w:keepNext/>
        <w:spacing w:before="240" w:after="60"/>
      </w:pPr>
      <w:r>
        <w:rPr>
          <w:b/>
          <w:sz w:val="22"/>
        </w:rPr>
        <w:t>1. Put the youth first</w:t>
      </w:r>
    </w:p>
    <w:p w14:paraId="4BA80FC8" w14:textId="77777777" w:rsidR="00ED7A05" w:rsidRDefault="000A786C">
      <w:pPr>
        <w:spacing w:after="80"/>
        <w:ind w:left="749" w:hanging="317"/>
      </w:pPr>
      <w:r>
        <w:rPr>
          <w:color w:val="01696F"/>
        </w:rPr>
        <w:t xml:space="preserve">•  </w:t>
      </w:r>
      <w:r>
        <w:t>The safety, dignity, and well-being of participants comes before winning, before adult preferences, and before the convenience of the League.</w:t>
      </w:r>
    </w:p>
    <w:p w14:paraId="09725B61" w14:textId="77777777" w:rsidR="00ED7A05" w:rsidRDefault="000A786C">
      <w:pPr>
        <w:spacing w:after="80"/>
        <w:ind w:left="749" w:hanging="317"/>
      </w:pPr>
      <w:r>
        <w:rPr>
          <w:color w:val="01696F"/>
        </w:rPr>
        <w:t xml:space="preserve">•  </w:t>
      </w:r>
      <w:r>
        <w:t>Treat every participant with respect regardless of skill level, playing time, or which team they are on.</w:t>
      </w:r>
    </w:p>
    <w:p w14:paraId="0328450D" w14:textId="77777777" w:rsidR="00ED7A05" w:rsidRDefault="000A786C">
      <w:pPr>
        <w:spacing w:after="80"/>
        <w:ind w:left="749" w:hanging="317"/>
      </w:pPr>
      <w:r>
        <w:rPr>
          <w:color w:val="01696F"/>
        </w:rPr>
        <w:t xml:space="preserve">•  </w:t>
      </w:r>
      <w:r>
        <w:t>Never allow a participant to play or return to play against medical advice, and follow concussion and injury protocols without exception.</w:t>
      </w:r>
    </w:p>
    <w:p w14:paraId="3AEDA8AA" w14:textId="77777777" w:rsidR="00ED7A05" w:rsidRDefault="000A786C">
      <w:pPr>
        <w:keepNext/>
        <w:spacing w:before="240" w:after="60"/>
      </w:pPr>
      <w:r>
        <w:rPr>
          <w:b/>
          <w:sz w:val="22"/>
        </w:rPr>
        <w:t>2. Act as a fiduciary</w:t>
      </w:r>
    </w:p>
    <w:p w14:paraId="4A6C4A4A" w14:textId="77777777" w:rsidR="00ED7A05" w:rsidRDefault="000A786C">
      <w:pPr>
        <w:spacing w:after="80"/>
        <w:ind w:left="749" w:hanging="317"/>
      </w:pPr>
      <w:r>
        <w:rPr>
          <w:color w:val="01696F"/>
        </w:rPr>
        <w:t xml:space="preserve">•  </w:t>
      </w:r>
      <w:r>
        <w:t>Act in the best interests of the League as a whole, not in the interests of a particular team, coach, family, or your own child.</w:t>
      </w:r>
    </w:p>
    <w:p w14:paraId="376AE322" w14:textId="77777777" w:rsidR="00ED7A05" w:rsidRDefault="000A786C">
      <w:pPr>
        <w:spacing w:after="80"/>
        <w:ind w:left="749" w:hanging="317"/>
      </w:pPr>
      <w:r>
        <w:rPr>
          <w:color w:val="01696F"/>
        </w:rPr>
        <w:t xml:space="preserve">•  </w:t>
      </w:r>
      <w:r>
        <w:t>Prepare for and attend Board meetings, ask questions, and make decisions based on information rather than pressure.</w:t>
      </w:r>
    </w:p>
    <w:p w14:paraId="1A98588F" w14:textId="77777777" w:rsidR="00ED7A05" w:rsidRDefault="000A786C">
      <w:pPr>
        <w:spacing w:after="80"/>
        <w:ind w:left="749" w:hanging="317"/>
      </w:pPr>
      <w:r>
        <w:rPr>
          <w:color w:val="01696F"/>
        </w:rPr>
        <w:t xml:space="preserve">•  </w:t>
      </w:r>
      <w:r>
        <w:t>Support Board decisions publicly once made, even where you voted against them. Dissent belongs in the meeting, not in the parking lot or on social media.</w:t>
      </w:r>
    </w:p>
    <w:p w14:paraId="618A2B2E" w14:textId="77777777" w:rsidR="00ED7A05" w:rsidRDefault="000A786C">
      <w:pPr>
        <w:spacing w:after="80"/>
        <w:ind w:left="749" w:hanging="317"/>
      </w:pPr>
      <w:r>
        <w:rPr>
          <w:color w:val="01696F"/>
        </w:rPr>
        <w:t xml:space="preserve">•  </w:t>
      </w:r>
      <w:r>
        <w:t>Do not speak or commit the League on any matter without authority from the Board.</w:t>
      </w:r>
    </w:p>
    <w:p w14:paraId="0CA77D9F" w14:textId="77777777" w:rsidR="00ED7A05" w:rsidRDefault="000A786C">
      <w:pPr>
        <w:keepNext/>
        <w:spacing w:before="240" w:after="60"/>
      </w:pPr>
      <w:r>
        <w:rPr>
          <w:b/>
          <w:sz w:val="22"/>
        </w:rPr>
        <w:t>3. Disclose conflicts and step back</w:t>
      </w:r>
    </w:p>
    <w:p w14:paraId="108B048C" w14:textId="77777777" w:rsidR="00ED7A05" w:rsidRDefault="000A786C">
      <w:pPr>
        <w:spacing w:after="80"/>
        <w:ind w:left="749" w:hanging="317"/>
      </w:pPr>
      <w:r>
        <w:rPr>
          <w:color w:val="01696F"/>
        </w:rPr>
        <w:t xml:space="preserve">•  </w:t>
      </w:r>
      <w:r>
        <w:t>Promptly disclose any actual, potential, or perceived conflict of interest, including any matter involving your own child or a family member.</w:t>
      </w:r>
    </w:p>
    <w:p w14:paraId="403A22C9" w14:textId="77777777" w:rsidR="00ED7A05" w:rsidRDefault="000A786C">
      <w:pPr>
        <w:spacing w:after="80"/>
        <w:ind w:left="749" w:hanging="317"/>
      </w:pPr>
      <w:r>
        <w:rPr>
          <w:color w:val="01696F"/>
        </w:rPr>
        <w:t xml:space="preserve">•  </w:t>
      </w:r>
      <w:r>
        <w:t>Recuse yourself from discussion and voting on team assignments, playing-time disputes, scholarship awards, discipline, or compensation involving your own family.</w:t>
      </w:r>
    </w:p>
    <w:p w14:paraId="11554E24" w14:textId="77777777" w:rsidR="00ED7A05" w:rsidRDefault="000A786C">
      <w:pPr>
        <w:spacing w:after="80"/>
        <w:ind w:left="749" w:hanging="317"/>
      </w:pPr>
      <w:r>
        <w:rPr>
          <w:color w:val="01696F"/>
        </w:rPr>
        <w:t xml:space="preserve">•  </w:t>
      </w:r>
      <w:r>
        <w:t>Never vote on your own compensation or that of a family member.</w:t>
      </w:r>
    </w:p>
    <w:p w14:paraId="10A37BBF" w14:textId="77777777" w:rsidR="00ED7A05" w:rsidRDefault="000A786C">
      <w:pPr>
        <w:spacing w:after="80"/>
        <w:ind w:left="749" w:hanging="317"/>
      </w:pPr>
      <w:r>
        <w:rPr>
          <w:color w:val="01696F"/>
        </w:rPr>
        <w:t xml:space="preserve">•  </w:t>
      </w:r>
      <w:r>
        <w:t>Sign the annual conflict-of-interest disclosure statement truthfully and completely.</w:t>
      </w:r>
    </w:p>
    <w:p w14:paraId="6ACEF87E" w14:textId="77777777" w:rsidR="00ED7A05" w:rsidRDefault="000A786C">
      <w:pPr>
        <w:keepNext/>
        <w:spacing w:before="240" w:after="60"/>
      </w:pPr>
      <w:r>
        <w:rPr>
          <w:b/>
          <w:sz w:val="22"/>
        </w:rPr>
        <w:t>4. Protect League funds and property</w:t>
      </w:r>
    </w:p>
    <w:p w14:paraId="211FFD20" w14:textId="77777777" w:rsidR="00ED7A05" w:rsidRDefault="000A786C">
      <w:pPr>
        <w:spacing w:after="80"/>
        <w:ind w:left="749" w:hanging="317"/>
      </w:pPr>
      <w:r>
        <w:rPr>
          <w:color w:val="01696F"/>
        </w:rPr>
        <w:t xml:space="preserve">•  </w:t>
      </w:r>
      <w:r>
        <w:t>Use League funds and property only for authorized League purposes.</w:t>
      </w:r>
    </w:p>
    <w:p w14:paraId="633E7822" w14:textId="77777777" w:rsidR="00ED7A05" w:rsidRDefault="000A786C">
      <w:pPr>
        <w:spacing w:after="80"/>
        <w:ind w:left="749" w:hanging="317"/>
      </w:pPr>
      <w:r>
        <w:rPr>
          <w:color w:val="01696F"/>
        </w:rPr>
        <w:t xml:space="preserve">•  </w:t>
      </w:r>
      <w:r>
        <w:t>Deposit all registration fees, donations, and fundraising proceeds into a League account promptly. Never hold League money in a personal account, and never pay a League expense from cash collected before it is deposited.</w:t>
      </w:r>
    </w:p>
    <w:p w14:paraId="6E93A370" w14:textId="77777777" w:rsidR="00ED7A05" w:rsidRDefault="000A786C">
      <w:pPr>
        <w:spacing w:after="80"/>
        <w:ind w:left="749" w:hanging="317"/>
      </w:pPr>
      <w:r>
        <w:rPr>
          <w:color w:val="01696F"/>
        </w:rPr>
        <w:t xml:space="preserve">•  </w:t>
      </w:r>
      <w:r>
        <w:t>Keep receipts and documentation for every expenditure and reimbursement request.</w:t>
      </w:r>
    </w:p>
    <w:p w14:paraId="30F1FFE4" w14:textId="77777777" w:rsidR="00ED7A05" w:rsidRDefault="000A786C">
      <w:pPr>
        <w:spacing w:after="80"/>
        <w:ind w:left="749" w:hanging="317"/>
      </w:pPr>
      <w:r>
        <w:rPr>
          <w:color w:val="01696F"/>
        </w:rPr>
        <w:t xml:space="preserve">•  </w:t>
      </w:r>
      <w:r>
        <w:t>Follow the approval and dual-authorization requirements in the Bylaws.</w:t>
      </w:r>
    </w:p>
    <w:p w14:paraId="4EF29F93" w14:textId="77777777" w:rsidR="00ED7A05" w:rsidRDefault="000A786C">
      <w:pPr>
        <w:keepNext/>
        <w:spacing w:before="240" w:after="60"/>
      </w:pPr>
      <w:r>
        <w:rPr>
          <w:b/>
          <w:sz w:val="22"/>
        </w:rPr>
        <w:t>5. Uphold youth-protection standards</w:t>
      </w:r>
    </w:p>
    <w:p w14:paraId="4CE0AAC2" w14:textId="77777777" w:rsidR="00ED7A05" w:rsidRDefault="000A786C">
      <w:pPr>
        <w:spacing w:after="80"/>
        <w:ind w:left="749" w:hanging="317"/>
      </w:pPr>
      <w:r>
        <w:rPr>
          <w:color w:val="01696F"/>
        </w:rPr>
        <w:t xml:space="preserve">•  </w:t>
      </w:r>
      <w:r>
        <w:t>Complete required background screening and youth-protection training before having contact with participants.</w:t>
      </w:r>
    </w:p>
    <w:p w14:paraId="6203C4F1" w14:textId="77777777" w:rsidR="00ED7A05" w:rsidRDefault="000A786C">
      <w:pPr>
        <w:spacing w:after="80"/>
        <w:ind w:left="749" w:hanging="317"/>
      </w:pPr>
      <w:r>
        <w:rPr>
          <w:color w:val="01696F"/>
        </w:rPr>
        <w:t xml:space="preserve">•  </w:t>
      </w:r>
      <w:r>
        <w:t>Never be alone and out of sight with a participant who is not your own child. Maintain the two-adult rule.</w:t>
      </w:r>
    </w:p>
    <w:p w14:paraId="45A7440B" w14:textId="77777777" w:rsidR="00ED7A05" w:rsidRDefault="000A786C">
      <w:pPr>
        <w:spacing w:after="80"/>
        <w:ind w:left="749" w:hanging="317"/>
      </w:pPr>
      <w:r>
        <w:rPr>
          <w:color w:val="01696F"/>
        </w:rPr>
        <w:lastRenderedPageBreak/>
        <w:t xml:space="preserve">•  </w:t>
      </w:r>
      <w:r>
        <w:t>Keep communication with participants in group channels or copied to a parent or guardian. No one-to-one private messaging with a participant.</w:t>
      </w:r>
    </w:p>
    <w:p w14:paraId="3CEA2274" w14:textId="77777777" w:rsidR="00ED7A05" w:rsidRDefault="000A786C">
      <w:pPr>
        <w:spacing w:after="80"/>
        <w:ind w:left="749" w:hanging="317"/>
      </w:pPr>
      <w:r>
        <w:rPr>
          <w:color w:val="01696F"/>
        </w:rPr>
        <w:t xml:space="preserve">•  </w:t>
      </w:r>
      <w:r>
        <w:t>Do not transport or share overnight lodging with a participant who is not your own child without written parental permission and a second adult present.</w:t>
      </w:r>
    </w:p>
    <w:p w14:paraId="7D38886A" w14:textId="77777777" w:rsidR="00ED7A05" w:rsidRDefault="000A786C">
      <w:pPr>
        <w:spacing w:after="80"/>
        <w:ind w:left="749" w:hanging="317"/>
      </w:pPr>
      <w:r>
        <w:rPr>
          <w:color w:val="01696F"/>
        </w:rPr>
        <w:t xml:space="preserve">•  </w:t>
      </w:r>
      <w:r>
        <w:t>Never use alcohol, cannabis, tobacco, vapor products, or illegal substances at any League activity or while responsible for participants, and never provide them to a participant.</w:t>
      </w:r>
    </w:p>
    <w:p w14:paraId="7CD64743" w14:textId="77777777" w:rsidR="00ED7A05" w:rsidRDefault="000A786C">
      <w:pPr>
        <w:keepNext/>
        <w:spacing w:before="240" w:after="60"/>
      </w:pPr>
      <w:r>
        <w:rPr>
          <w:b/>
          <w:sz w:val="22"/>
        </w:rPr>
        <w:t>6. Report concerns</w:t>
      </w:r>
    </w:p>
    <w:p w14:paraId="4378BFD0" w14:textId="77777777" w:rsidR="00ED7A05" w:rsidRDefault="000A786C">
      <w:pPr>
        <w:spacing w:after="80"/>
        <w:ind w:left="749" w:hanging="317"/>
      </w:pPr>
      <w:r>
        <w:rPr>
          <w:color w:val="01696F"/>
        </w:rPr>
        <w:t xml:space="preserve">•  </w:t>
      </w:r>
      <w:r>
        <w:t>Wyoming law requires any person who knows of or reasonably suspects that a child has been abused or neglected to report it immediately to a child protective agency or local law enforcement. This duty is personal to you.</w:t>
      </w:r>
    </w:p>
    <w:p w14:paraId="0A636CC0" w14:textId="77777777" w:rsidR="00ED7A05" w:rsidRDefault="000A786C">
      <w:pPr>
        <w:spacing w:after="80"/>
        <w:ind w:left="749" w:hanging="317"/>
      </w:pPr>
      <w:r>
        <w:rPr>
          <w:color w:val="01696F"/>
        </w:rPr>
        <w:t xml:space="preserve">•  </w:t>
      </w:r>
      <w:r>
        <w:t>Reporting to the President or to the Board does not satisfy your legal duty and does not replace it.</w:t>
      </w:r>
    </w:p>
    <w:p w14:paraId="234FC197" w14:textId="77777777" w:rsidR="00ED7A05" w:rsidRDefault="000A786C">
      <w:pPr>
        <w:spacing w:after="80"/>
        <w:ind w:left="749" w:hanging="317"/>
      </w:pPr>
      <w:r>
        <w:rPr>
          <w:color w:val="01696F"/>
        </w:rPr>
        <w:t xml:space="preserve">•  </w:t>
      </w:r>
      <w:r>
        <w:t>Report suspected misconduct, financial irregularities, or safety concerns to the President or any director promptly.</w:t>
      </w:r>
    </w:p>
    <w:p w14:paraId="45C28E67" w14:textId="77777777" w:rsidR="00ED7A05" w:rsidRDefault="000A786C">
      <w:pPr>
        <w:spacing w:after="80"/>
        <w:ind w:left="749" w:hanging="317"/>
      </w:pPr>
      <w:r>
        <w:rPr>
          <w:color w:val="01696F"/>
        </w:rPr>
        <w:t xml:space="preserve">•  </w:t>
      </w:r>
      <w:r>
        <w:t>The League will not retaliate against anyone who raises a concern in good faith, and you shall not retaliate either.</w:t>
      </w:r>
    </w:p>
    <w:p w14:paraId="53DDE95F" w14:textId="77777777" w:rsidR="00ED7A05" w:rsidRDefault="000A786C">
      <w:pPr>
        <w:keepNext/>
        <w:spacing w:before="240" w:after="60"/>
      </w:pPr>
      <w:r>
        <w:rPr>
          <w:b/>
          <w:sz w:val="22"/>
        </w:rPr>
        <w:t>7. Respect confidentiality</w:t>
      </w:r>
    </w:p>
    <w:p w14:paraId="034EC732" w14:textId="77777777" w:rsidR="00ED7A05" w:rsidRDefault="000A786C">
      <w:pPr>
        <w:spacing w:after="80"/>
        <w:ind w:left="749" w:hanging="317"/>
      </w:pPr>
      <w:r>
        <w:rPr>
          <w:color w:val="01696F"/>
        </w:rPr>
        <w:t xml:space="preserve">•  </w:t>
      </w:r>
      <w:r>
        <w:t>Protect participant, family, medical, personnel, and financial information. Share it only with those who need it for League purposes or as required by law.</w:t>
      </w:r>
    </w:p>
    <w:p w14:paraId="003C68F0" w14:textId="77777777" w:rsidR="00ED7A05" w:rsidRDefault="000A786C">
      <w:pPr>
        <w:spacing w:after="80"/>
        <w:ind w:left="749" w:hanging="317"/>
      </w:pPr>
      <w:r>
        <w:rPr>
          <w:color w:val="01696F"/>
        </w:rPr>
        <w:t xml:space="preserve">•  </w:t>
      </w:r>
      <w:r>
        <w:t>Keep scholarship and fee-assistance awards confidential. No participant should ever know which teammates receive aid.</w:t>
      </w:r>
    </w:p>
    <w:p w14:paraId="28927344" w14:textId="77777777" w:rsidR="00ED7A05" w:rsidRDefault="000A786C">
      <w:pPr>
        <w:spacing w:after="80"/>
        <w:ind w:left="749" w:hanging="317"/>
      </w:pPr>
      <w:r>
        <w:rPr>
          <w:color w:val="01696F"/>
        </w:rPr>
        <w:t xml:space="preserve">•  </w:t>
      </w:r>
      <w:r>
        <w:t>Do not discuss individual discipline or personnel matters outside the Board.</w:t>
      </w:r>
    </w:p>
    <w:p w14:paraId="155CCB65" w14:textId="77777777" w:rsidR="00ED7A05" w:rsidRDefault="000A786C">
      <w:pPr>
        <w:keepNext/>
        <w:spacing w:before="240" w:after="60"/>
      </w:pPr>
      <w:r>
        <w:rPr>
          <w:b/>
          <w:sz w:val="22"/>
        </w:rPr>
        <w:t>8. Model the conduct you expect</w:t>
      </w:r>
    </w:p>
    <w:p w14:paraId="23F3A727" w14:textId="77777777" w:rsidR="00ED7A05" w:rsidRDefault="000A786C">
      <w:pPr>
        <w:spacing w:after="80"/>
        <w:ind w:left="749" w:hanging="317"/>
      </w:pPr>
      <w:r>
        <w:rPr>
          <w:color w:val="01696F"/>
        </w:rPr>
        <w:t xml:space="preserve">•  </w:t>
      </w:r>
      <w:r>
        <w:t>Treat officials, opposing coaches, opposing players, and spectators with courtesy, including when you disagree.</w:t>
      </w:r>
    </w:p>
    <w:p w14:paraId="55604541" w14:textId="77777777" w:rsidR="00ED7A05" w:rsidRDefault="000A786C">
      <w:pPr>
        <w:spacing w:after="80"/>
        <w:ind w:left="749" w:hanging="317"/>
      </w:pPr>
      <w:r>
        <w:rPr>
          <w:color w:val="01696F"/>
        </w:rPr>
        <w:t xml:space="preserve">•  </w:t>
      </w:r>
      <w:r>
        <w:t>Do not argue with officials during play. Concerns go through the designated League process afterward.</w:t>
      </w:r>
    </w:p>
    <w:p w14:paraId="694DB064" w14:textId="77777777" w:rsidR="00ED7A05" w:rsidRDefault="000A786C">
      <w:pPr>
        <w:spacing w:after="80"/>
        <w:ind w:left="749" w:hanging="317"/>
      </w:pPr>
      <w:r>
        <w:rPr>
          <w:color w:val="01696F"/>
        </w:rPr>
        <w:t xml:space="preserve">•  </w:t>
      </w:r>
      <w:r>
        <w:t>Avoid harassment, discrimination, bullying, retaliation, profanity, and favoritism.</w:t>
      </w:r>
    </w:p>
    <w:p w14:paraId="6474EE1A" w14:textId="77777777" w:rsidR="00ED7A05" w:rsidRDefault="000A786C">
      <w:pPr>
        <w:spacing w:after="80"/>
        <w:ind w:left="749" w:hanging="317"/>
      </w:pPr>
      <w:r>
        <w:rPr>
          <w:color w:val="01696F"/>
        </w:rPr>
        <w:t xml:space="preserve">•  </w:t>
      </w:r>
      <w:r>
        <w:t>Represent the League appropriately on social media. Do not post images of participants other than your own child without parental permission, and never post criticism of a participant.</w:t>
      </w:r>
    </w:p>
    <w:p w14:paraId="74DF4C5C" w14:textId="77777777" w:rsidR="00ED7A05" w:rsidRDefault="000A786C">
      <w:pPr>
        <w:keepNext/>
        <w:spacing w:before="240" w:after="60"/>
      </w:pPr>
      <w:r>
        <w:rPr>
          <w:b/>
          <w:sz w:val="22"/>
        </w:rPr>
        <w:t>9. Consequences</w:t>
      </w:r>
    </w:p>
    <w:p w14:paraId="35815B5C" w14:textId="77777777" w:rsidR="00ED7A05" w:rsidRDefault="000A786C">
      <w:r>
        <w:t>Violations may result in a written warning, suspension from League activities, removal from a coaching or volunteer position, or removal from office as a director or officer under Article III, Section 3.6 of the Bylaws. Conduct endangering a participant, or misappropriation of League funds, warrants immediate suspension and may result in permanent exclusion and referral to law enforcement.</w:t>
      </w:r>
    </w:p>
    <w:p w14:paraId="3E9AAEAA" w14:textId="77777777" w:rsidR="00ED7A05" w:rsidRDefault="000A786C">
      <w:pPr>
        <w:keepNext/>
        <w:spacing w:before="320" w:after="60"/>
      </w:pPr>
      <w:r>
        <w:rPr>
          <w:b/>
          <w:sz w:val="22"/>
        </w:rPr>
        <w:t>Acknowledgment — Code A</w:t>
      </w:r>
    </w:p>
    <w:p w14:paraId="4F2B8C38" w14:textId="77777777" w:rsidR="00ED7A05" w:rsidRDefault="000A786C">
      <w:r>
        <w:t xml:space="preserve">I have read and understand the Code of Ethics for Directors and Officers of Cheyenne Youth Sports League, Inc. I agree to comply with it. I understand that Wyoming law places on me personally the duty to </w:t>
      </w:r>
      <w:r>
        <w:lastRenderedPageBreak/>
        <w:t>immediately report suspected child abuse or neglect to a child protective agency or law enforcement, and that reporting internally does not satisfy that duty. I understand that violating this Code may result in my removal from my position with the League.</w:t>
      </w:r>
    </w:p>
    <w:tbl>
      <w:tblPr>
        <w:tblStyle w:val="TableGrid"/>
        <w:tblW w:w="0" w:type="auto"/>
        <w:jc w:val="center"/>
        <w:tblLayout w:type="fixed"/>
        <w:tblLook w:val="04A0" w:firstRow="1" w:lastRow="0" w:firstColumn="1" w:lastColumn="0" w:noHBand="0" w:noVBand="1"/>
      </w:tblPr>
      <w:tblGrid>
        <w:gridCol w:w="4680"/>
        <w:gridCol w:w="4680"/>
      </w:tblGrid>
      <w:tr w:rsidR="00ED7A05" w14:paraId="6E106AAF" w14:textId="77777777">
        <w:trPr>
          <w:tblHeader/>
          <w:jc w:val="center"/>
        </w:trPr>
        <w:tc>
          <w:tcPr>
            <w:tcW w:w="4680" w:type="dxa"/>
            <w:shd w:val="clear" w:color="auto" w:fill="01696F"/>
          </w:tcPr>
          <w:p w14:paraId="54AF1FBA" w14:textId="77777777" w:rsidR="00ED7A05" w:rsidRDefault="000A786C">
            <w:pPr>
              <w:spacing w:before="60" w:after="60"/>
            </w:pPr>
            <w:r>
              <w:rPr>
                <w:b/>
                <w:color w:val="FFFFFF"/>
                <w:sz w:val="19"/>
              </w:rPr>
              <w:t>Printed name</w:t>
            </w:r>
          </w:p>
        </w:tc>
        <w:tc>
          <w:tcPr>
            <w:tcW w:w="4680" w:type="dxa"/>
            <w:shd w:val="clear" w:color="auto" w:fill="01696F"/>
          </w:tcPr>
          <w:p w14:paraId="5D61052D" w14:textId="77777777" w:rsidR="00ED7A05" w:rsidRDefault="000A786C">
            <w:pPr>
              <w:spacing w:before="60" w:after="60"/>
            </w:pPr>
            <w:r>
              <w:rPr>
                <w:b/>
                <w:color w:val="FFFFFF"/>
                <w:sz w:val="19"/>
              </w:rPr>
              <w:t>Position held</w:t>
            </w:r>
          </w:p>
        </w:tc>
      </w:tr>
      <w:tr w:rsidR="00ED7A05" w14:paraId="0338CD57" w14:textId="77777777">
        <w:trPr>
          <w:jc w:val="center"/>
        </w:trPr>
        <w:tc>
          <w:tcPr>
            <w:tcW w:w="4680" w:type="dxa"/>
          </w:tcPr>
          <w:p w14:paraId="06D9A587" w14:textId="77777777" w:rsidR="00ED7A05" w:rsidRDefault="00ED7A05">
            <w:pPr>
              <w:spacing w:before="60" w:after="60"/>
            </w:pPr>
          </w:p>
        </w:tc>
        <w:tc>
          <w:tcPr>
            <w:tcW w:w="4680" w:type="dxa"/>
          </w:tcPr>
          <w:p w14:paraId="66AFD986" w14:textId="77777777" w:rsidR="00ED7A05" w:rsidRDefault="00ED7A05">
            <w:pPr>
              <w:spacing w:before="60" w:after="60"/>
            </w:pPr>
          </w:p>
        </w:tc>
      </w:tr>
    </w:tbl>
    <w:p w14:paraId="352A260C" w14:textId="77777777" w:rsidR="00ED7A05" w:rsidRDefault="00ED7A05">
      <w:pPr>
        <w:spacing w:before="240" w:after="0"/>
      </w:pPr>
    </w:p>
    <w:tbl>
      <w:tblPr>
        <w:tblW w:w="0" w:type="auto"/>
        <w:tblLayout w:type="fixed"/>
        <w:tblLook w:val="04A0" w:firstRow="1" w:lastRow="0" w:firstColumn="1" w:lastColumn="0" w:noHBand="0" w:noVBand="1"/>
      </w:tblPr>
      <w:tblGrid>
        <w:gridCol w:w="6192"/>
        <w:gridCol w:w="3168"/>
      </w:tblGrid>
      <w:tr w:rsidR="00ED7A05" w14:paraId="2B371EEB" w14:textId="77777777">
        <w:tc>
          <w:tcPr>
            <w:tcW w:w="6192" w:type="dxa"/>
          </w:tcPr>
          <w:p w14:paraId="2D0270FB" w14:textId="77777777" w:rsidR="00ED7A05" w:rsidRDefault="000A786C">
            <w:pPr>
              <w:spacing w:after="0"/>
            </w:pPr>
            <w:r>
              <w:t>______________________________________________________</w:t>
            </w:r>
          </w:p>
        </w:tc>
        <w:tc>
          <w:tcPr>
            <w:tcW w:w="3168" w:type="dxa"/>
          </w:tcPr>
          <w:p w14:paraId="51B516C3" w14:textId="77777777" w:rsidR="00ED7A05" w:rsidRDefault="000A786C">
            <w:pPr>
              <w:spacing w:after="0"/>
            </w:pPr>
            <w:r>
              <w:t>__________________________</w:t>
            </w:r>
          </w:p>
        </w:tc>
      </w:tr>
      <w:tr w:rsidR="00ED7A05" w14:paraId="0D56059A" w14:textId="77777777">
        <w:tc>
          <w:tcPr>
            <w:tcW w:w="6192" w:type="dxa"/>
          </w:tcPr>
          <w:p w14:paraId="7CA9DC4F" w14:textId="77777777" w:rsidR="00ED7A05" w:rsidRDefault="000A786C">
            <w:pPr>
              <w:spacing w:after="0"/>
            </w:pPr>
            <w:r>
              <w:rPr>
                <w:color w:val="5A5852"/>
                <w:sz w:val="18"/>
              </w:rPr>
              <w:t>Signature</w:t>
            </w:r>
          </w:p>
        </w:tc>
        <w:tc>
          <w:tcPr>
            <w:tcW w:w="3168" w:type="dxa"/>
          </w:tcPr>
          <w:p w14:paraId="1B75B2B8" w14:textId="77777777" w:rsidR="00ED7A05" w:rsidRDefault="000A786C">
            <w:pPr>
              <w:spacing w:after="0"/>
            </w:pPr>
            <w:r>
              <w:rPr>
                <w:color w:val="5A5852"/>
                <w:sz w:val="18"/>
              </w:rPr>
              <w:t>Date</w:t>
            </w:r>
          </w:p>
        </w:tc>
      </w:tr>
    </w:tbl>
    <w:p w14:paraId="3821A6BC" w14:textId="77777777" w:rsidR="00ED7A05" w:rsidRDefault="00ED7A05">
      <w:pPr>
        <w:spacing w:after="0"/>
      </w:pPr>
    </w:p>
    <w:p w14:paraId="7E064034" w14:textId="77777777" w:rsidR="00ED7A05" w:rsidRDefault="000A786C">
      <w:r>
        <w:rPr>
          <w:color w:val="5A5852"/>
          <w:sz w:val="18"/>
        </w:rPr>
        <w:t>Annual renewal: this acknowledgment shall be re-signed each calendar year and retained by the Secretary.</w:t>
      </w:r>
    </w:p>
    <w:p w14:paraId="50D9F6C9" w14:textId="77777777" w:rsidR="00ED7A05" w:rsidRDefault="000A786C">
      <w:r>
        <w:br w:type="page"/>
      </w:r>
    </w:p>
    <w:p w14:paraId="54DD6C70" w14:textId="77777777" w:rsidR="00ED7A05" w:rsidRDefault="000A786C">
      <w:pPr>
        <w:keepNext/>
        <w:pBdr>
          <w:bottom w:val="single" w:sz="6" w:space="3" w:color="C9C6BF"/>
        </w:pBdr>
        <w:spacing w:after="100"/>
      </w:pPr>
      <w:r>
        <w:rPr>
          <w:b/>
          <w:color w:val="01696F"/>
          <w:sz w:val="28"/>
        </w:rPr>
        <w:lastRenderedPageBreak/>
        <w:t>Code B — Code of Conduct for Coaches and Team Volunteers</w:t>
      </w:r>
    </w:p>
    <w:p w14:paraId="4D95E259" w14:textId="77777777" w:rsidR="00ED7A05" w:rsidRDefault="000A786C">
      <w:r>
        <w:rPr>
          <w:color w:val="5A5852"/>
          <w:sz w:val="20"/>
        </w:rPr>
        <w:t>This Code applies to every head coach, assistant coach, team parent, scorekeeper, and adult volunteer who has contact with participants. Coaches and volunteers also sign Code A (Code of Ethics) and Code C (Parents and Guardians). Where Code A governs your duties to the organization, this Code governs your conduct on the court, the field, and in the dugout.</w:t>
      </w:r>
    </w:p>
    <w:p w14:paraId="0A194C1F" w14:textId="77777777" w:rsidR="00ED7A05" w:rsidRDefault="000A786C">
      <w:pPr>
        <w:keepNext/>
        <w:spacing w:before="240" w:after="60"/>
      </w:pPr>
      <w:r>
        <w:rPr>
          <w:b/>
          <w:sz w:val="22"/>
        </w:rPr>
        <w:t>1. Before you coach</w:t>
      </w:r>
    </w:p>
    <w:p w14:paraId="078A084C" w14:textId="77777777" w:rsidR="00ED7A05" w:rsidRDefault="000A786C">
      <w:pPr>
        <w:spacing w:after="80"/>
        <w:ind w:left="749" w:hanging="317"/>
      </w:pPr>
      <w:r>
        <w:rPr>
          <w:color w:val="01696F"/>
        </w:rPr>
        <w:t xml:space="preserve">•  </w:t>
      </w:r>
      <w:r>
        <w:t>Complete the League background screening and youth-protection training, and provide any certification the League requires, before your first contact with participants.</w:t>
      </w:r>
    </w:p>
    <w:p w14:paraId="556D0694" w14:textId="77777777" w:rsidR="00ED7A05" w:rsidRDefault="000A786C">
      <w:pPr>
        <w:spacing w:after="80"/>
        <w:ind w:left="749" w:hanging="317"/>
      </w:pPr>
      <w:r>
        <w:rPr>
          <w:color w:val="01696F"/>
        </w:rPr>
        <w:t xml:space="preserve">•  </w:t>
      </w:r>
      <w:r>
        <w:t>Read the playing rules of your sport and the League's local rules, including any minimum-play, pitch-count, or substitution requirements.</w:t>
      </w:r>
    </w:p>
    <w:p w14:paraId="52A233BB" w14:textId="77777777" w:rsidR="00ED7A05" w:rsidRDefault="000A786C">
      <w:pPr>
        <w:spacing w:after="80"/>
        <w:ind w:left="749" w:hanging="317"/>
      </w:pPr>
      <w:r>
        <w:rPr>
          <w:color w:val="01696F"/>
        </w:rPr>
        <w:t xml:space="preserve">•  </w:t>
      </w:r>
      <w:r>
        <w:t>Know where the first-aid kit is, know your participants' medical and allergy information and emergency contacts, and carry them to every practice and game.</w:t>
      </w:r>
    </w:p>
    <w:p w14:paraId="33A77037" w14:textId="77777777" w:rsidR="00ED7A05" w:rsidRDefault="000A786C">
      <w:pPr>
        <w:keepNext/>
        <w:spacing w:before="240" w:after="60"/>
      </w:pPr>
      <w:r>
        <w:rPr>
          <w:b/>
          <w:sz w:val="22"/>
        </w:rPr>
        <w:t>2. Coach the whole roster</w:t>
      </w:r>
    </w:p>
    <w:p w14:paraId="3988BB4F" w14:textId="77777777" w:rsidR="00ED7A05" w:rsidRDefault="000A786C">
      <w:pPr>
        <w:spacing w:after="80"/>
        <w:ind w:left="749" w:hanging="317"/>
      </w:pPr>
      <w:r>
        <w:rPr>
          <w:color w:val="01696F"/>
        </w:rPr>
        <w:t xml:space="preserve">•  </w:t>
      </w:r>
      <w:r>
        <w:t>Teach fundamentals and effort before strategy and results. At these ages, development is the product.</w:t>
      </w:r>
    </w:p>
    <w:p w14:paraId="4D868A8F" w14:textId="77777777" w:rsidR="00ED7A05" w:rsidRDefault="000A786C">
      <w:pPr>
        <w:spacing w:after="80"/>
        <w:ind w:left="749" w:hanging="317"/>
      </w:pPr>
      <w:r>
        <w:rPr>
          <w:color w:val="01696F"/>
        </w:rPr>
        <w:t xml:space="preserve">•  </w:t>
      </w:r>
      <w:r>
        <w:t>Follow the League's playing-time expectations. Every participant on the roster plays in every game they are available for, absent discipline or injury.</w:t>
      </w:r>
    </w:p>
    <w:p w14:paraId="3D7E6704" w14:textId="77777777" w:rsidR="00ED7A05" w:rsidRDefault="000A786C">
      <w:pPr>
        <w:spacing w:after="80"/>
        <w:ind w:left="749" w:hanging="317"/>
      </w:pPr>
      <w:r>
        <w:rPr>
          <w:color w:val="01696F"/>
        </w:rPr>
        <w:t xml:space="preserve">•  </w:t>
      </w:r>
      <w:r>
        <w:t>Do not cut, bench, or quietly sideline a participant because of skill level.</w:t>
      </w:r>
    </w:p>
    <w:p w14:paraId="3542E0D7" w14:textId="77777777" w:rsidR="00ED7A05" w:rsidRDefault="000A786C">
      <w:pPr>
        <w:spacing w:after="80"/>
        <w:ind w:left="749" w:hanging="317"/>
      </w:pPr>
      <w:r>
        <w:rPr>
          <w:color w:val="01696F"/>
        </w:rPr>
        <w:t xml:space="preserve">•  </w:t>
      </w:r>
      <w:r>
        <w:t>Rotate positions so participants learn the game rather than being locked into one role early.</w:t>
      </w:r>
    </w:p>
    <w:p w14:paraId="61B87085" w14:textId="77777777" w:rsidR="00ED7A05" w:rsidRDefault="000A786C">
      <w:pPr>
        <w:spacing w:after="80"/>
        <w:ind w:left="749" w:hanging="317"/>
      </w:pPr>
      <w:r>
        <w:rPr>
          <w:color w:val="01696F"/>
        </w:rPr>
        <w:t xml:space="preserve">•  </w:t>
      </w:r>
      <w:r>
        <w:t>Give instruction and correction privately and specifically. Never single a participant out for ridicule, sarcasm, or public humiliation.</w:t>
      </w:r>
    </w:p>
    <w:p w14:paraId="7BC1850A" w14:textId="77777777" w:rsidR="00ED7A05" w:rsidRDefault="000A786C">
      <w:pPr>
        <w:spacing w:after="80"/>
        <w:ind w:left="749" w:hanging="317"/>
      </w:pPr>
      <w:r>
        <w:rPr>
          <w:color w:val="01696F"/>
        </w:rPr>
        <w:t xml:space="preserve">•  </w:t>
      </w:r>
      <w:r>
        <w:t>Never use exercise, running, or conditioning as punishment, and never withhold water.</w:t>
      </w:r>
    </w:p>
    <w:p w14:paraId="4A19D1F5" w14:textId="77777777" w:rsidR="00ED7A05" w:rsidRDefault="000A786C">
      <w:pPr>
        <w:keepNext/>
        <w:spacing w:before="240" w:after="60"/>
      </w:pPr>
      <w:r>
        <w:rPr>
          <w:b/>
          <w:sz w:val="22"/>
        </w:rPr>
        <w:t>3. Safety is your first job</w:t>
      </w:r>
    </w:p>
    <w:p w14:paraId="5B98919F" w14:textId="77777777" w:rsidR="00ED7A05" w:rsidRDefault="000A786C">
      <w:pPr>
        <w:spacing w:after="80"/>
        <w:ind w:left="749" w:hanging="317"/>
      </w:pPr>
      <w:r>
        <w:rPr>
          <w:color w:val="01696F"/>
        </w:rPr>
        <w:t xml:space="preserve">•  </w:t>
      </w:r>
      <w:r>
        <w:t>Inspect the court, field, and equipment before each practice and game, and do not use unsafe facilities or gear.</w:t>
      </w:r>
    </w:p>
    <w:p w14:paraId="07177701" w14:textId="77777777" w:rsidR="00ED7A05" w:rsidRDefault="000A786C">
      <w:pPr>
        <w:spacing w:after="80"/>
        <w:ind w:left="749" w:hanging="317"/>
      </w:pPr>
      <w:r>
        <w:rPr>
          <w:color w:val="01696F"/>
        </w:rPr>
        <w:t xml:space="preserve">•  </w:t>
      </w:r>
      <w:r>
        <w:t>Require warm-up before activity, and adjust or cancel for heat, cold, lightning, or poor air quality. When thunder is heard or lightning seen, clear the field immediately and wait at least 30 minutes after the last occurrence.</w:t>
      </w:r>
    </w:p>
    <w:p w14:paraId="2A3D069B" w14:textId="77777777" w:rsidR="00ED7A05" w:rsidRDefault="000A786C">
      <w:pPr>
        <w:spacing w:after="80"/>
        <w:ind w:left="749" w:hanging="317"/>
      </w:pPr>
      <w:r>
        <w:rPr>
          <w:color w:val="01696F"/>
        </w:rPr>
        <w:t xml:space="preserve">•  </w:t>
      </w:r>
      <w:r>
        <w:t>Remove any participant who shows signs of a head injury, and do not return them to play that day or at all without written clearance from a licensed health-care provider. When in doubt, sit them out.</w:t>
      </w:r>
    </w:p>
    <w:p w14:paraId="0233265A" w14:textId="77777777" w:rsidR="00ED7A05" w:rsidRDefault="000A786C">
      <w:pPr>
        <w:spacing w:after="80"/>
        <w:ind w:left="749" w:hanging="317"/>
      </w:pPr>
      <w:r>
        <w:rPr>
          <w:color w:val="01696F"/>
        </w:rPr>
        <w:t xml:space="preserve">•  </w:t>
      </w:r>
      <w:r>
        <w:t>Enforce required protective equipment, including batting helmets, catcher's gear, and any League-required footwear or padding.</w:t>
      </w:r>
    </w:p>
    <w:p w14:paraId="7F530D74" w14:textId="77777777" w:rsidR="00ED7A05" w:rsidRDefault="000A786C">
      <w:pPr>
        <w:spacing w:after="80"/>
        <w:ind w:left="749" w:hanging="317"/>
      </w:pPr>
      <w:r>
        <w:rPr>
          <w:color w:val="01696F"/>
        </w:rPr>
        <w:t xml:space="preserve">•  </w:t>
      </w:r>
      <w:r>
        <w:t>Never leave participants unsupervised, and stay until every participant has been picked up.</w:t>
      </w:r>
    </w:p>
    <w:p w14:paraId="30381547" w14:textId="77777777" w:rsidR="00ED7A05" w:rsidRDefault="000A786C">
      <w:pPr>
        <w:keepNext/>
        <w:spacing w:before="240" w:after="60"/>
      </w:pPr>
      <w:r>
        <w:rPr>
          <w:b/>
          <w:sz w:val="22"/>
        </w:rPr>
        <w:t>4. Boundaries with participants</w:t>
      </w:r>
    </w:p>
    <w:p w14:paraId="72951231" w14:textId="77777777" w:rsidR="00ED7A05" w:rsidRDefault="000A786C">
      <w:pPr>
        <w:spacing w:after="80"/>
        <w:ind w:left="749" w:hanging="317"/>
      </w:pPr>
      <w:r>
        <w:rPr>
          <w:color w:val="01696F"/>
        </w:rPr>
        <w:t xml:space="preserve">•  </w:t>
      </w:r>
      <w:r>
        <w:t>Maintain the two-adult rule. Never be alone and out of sight with a participant who is not your own child, including in a vehicle, locker room, restroom, or dugout after everyone else has gone.</w:t>
      </w:r>
    </w:p>
    <w:p w14:paraId="5BE7D3FD" w14:textId="77777777" w:rsidR="00ED7A05" w:rsidRDefault="000A786C">
      <w:pPr>
        <w:spacing w:after="80"/>
        <w:ind w:left="749" w:hanging="317"/>
      </w:pPr>
      <w:r>
        <w:rPr>
          <w:color w:val="01696F"/>
        </w:rPr>
        <w:lastRenderedPageBreak/>
        <w:t xml:space="preserve">•  </w:t>
      </w:r>
      <w:r>
        <w:t>Keep all communication in group channels or copied to a parent or guardian. No one-to-one texting, direct messaging, or social media contact with a participant.</w:t>
      </w:r>
    </w:p>
    <w:p w14:paraId="67BC8A38" w14:textId="77777777" w:rsidR="00ED7A05" w:rsidRDefault="000A786C">
      <w:pPr>
        <w:spacing w:after="80"/>
        <w:ind w:left="749" w:hanging="317"/>
      </w:pPr>
      <w:r>
        <w:rPr>
          <w:color w:val="01696F"/>
        </w:rPr>
        <w:t xml:space="preserve">•  </w:t>
      </w:r>
      <w:r>
        <w:t>Do not transport a participant who is not your own child, or share overnight lodging, without written parental permission and a second adult present.</w:t>
      </w:r>
    </w:p>
    <w:p w14:paraId="470F631B" w14:textId="77777777" w:rsidR="00ED7A05" w:rsidRDefault="000A786C">
      <w:pPr>
        <w:spacing w:after="80"/>
        <w:ind w:left="749" w:hanging="317"/>
      </w:pPr>
      <w:r>
        <w:rPr>
          <w:color w:val="01696F"/>
        </w:rPr>
        <w:t xml:space="preserve">•  </w:t>
      </w:r>
      <w:r>
        <w:t>No physical contact beyond what the sport requires — no hitting, grabbing, shaking, or rough handling for any reason, including instruction or discipline.</w:t>
      </w:r>
    </w:p>
    <w:p w14:paraId="3459D7B4" w14:textId="77777777" w:rsidR="00ED7A05" w:rsidRDefault="000A786C">
      <w:pPr>
        <w:spacing w:after="80"/>
        <w:ind w:left="749" w:hanging="317"/>
      </w:pPr>
      <w:r>
        <w:rPr>
          <w:color w:val="01696F"/>
        </w:rPr>
        <w:t xml:space="preserve">•  </w:t>
      </w:r>
      <w:r>
        <w:t>Do not give a participant medication, supplements, or energy products. Do not use alcohol, cannabis, tobacco, or vapor products at any League activity or while responsible for participants.</w:t>
      </w:r>
    </w:p>
    <w:p w14:paraId="75B4E682" w14:textId="77777777" w:rsidR="00ED7A05" w:rsidRDefault="000A786C">
      <w:pPr>
        <w:spacing w:after="80"/>
        <w:ind w:left="749" w:hanging="317"/>
      </w:pPr>
      <w:r>
        <w:rPr>
          <w:color w:val="01696F"/>
        </w:rPr>
        <w:t xml:space="preserve">•  </w:t>
      </w:r>
      <w:r>
        <w:t>Never ask a participant to keep a secret from their parents.</w:t>
      </w:r>
    </w:p>
    <w:p w14:paraId="37FC0C6D" w14:textId="77777777" w:rsidR="00ED7A05" w:rsidRDefault="000A786C">
      <w:pPr>
        <w:keepNext/>
        <w:spacing w:before="240" w:after="60"/>
      </w:pPr>
      <w:r>
        <w:rPr>
          <w:b/>
          <w:sz w:val="22"/>
        </w:rPr>
        <w:t>5. Conduct toward officials and opponents</w:t>
      </w:r>
    </w:p>
    <w:p w14:paraId="5B758D89" w14:textId="77777777" w:rsidR="00ED7A05" w:rsidRDefault="000A786C">
      <w:pPr>
        <w:spacing w:after="80"/>
        <w:ind w:left="749" w:hanging="317"/>
      </w:pPr>
      <w:r>
        <w:rPr>
          <w:color w:val="01696F"/>
        </w:rPr>
        <w:t xml:space="preserve">•  </w:t>
      </w:r>
      <w:r>
        <w:t>You set the standard the parents on your sideline will follow. If you argue with officials, they will too.</w:t>
      </w:r>
    </w:p>
    <w:p w14:paraId="47C395BD" w14:textId="77777777" w:rsidR="00ED7A05" w:rsidRDefault="000A786C">
      <w:pPr>
        <w:spacing w:after="80"/>
        <w:ind w:left="749" w:hanging="317"/>
      </w:pPr>
      <w:r>
        <w:rPr>
          <w:color w:val="01696F"/>
        </w:rPr>
        <w:t xml:space="preserve">•  </w:t>
      </w:r>
      <w:r>
        <w:t>Do not dispute judgment calls. Raise rule questions calmly through the process the sport allows, and take anything further to the League in writing afterward.</w:t>
      </w:r>
    </w:p>
    <w:p w14:paraId="35544CC0" w14:textId="77777777" w:rsidR="00ED7A05" w:rsidRDefault="000A786C">
      <w:pPr>
        <w:spacing w:after="80"/>
        <w:ind w:left="749" w:hanging="317"/>
      </w:pPr>
      <w:r>
        <w:rPr>
          <w:color w:val="01696F"/>
        </w:rPr>
        <w:t xml:space="preserve">•  </w:t>
      </w:r>
      <w:r>
        <w:t>Never run up a score, stall, or teach a participant to injure, intimidate, or deliberately foul an opponent.</w:t>
      </w:r>
    </w:p>
    <w:p w14:paraId="7E113A76" w14:textId="77777777" w:rsidR="00ED7A05" w:rsidRDefault="000A786C">
      <w:pPr>
        <w:spacing w:after="80"/>
        <w:ind w:left="749" w:hanging="317"/>
      </w:pPr>
      <w:r>
        <w:rPr>
          <w:color w:val="01696F"/>
        </w:rPr>
        <w:t xml:space="preserve">•  </w:t>
      </w:r>
      <w:r>
        <w:t>Shake hands with the opposing coach and officials after every game, win or lose.</w:t>
      </w:r>
    </w:p>
    <w:p w14:paraId="75FCC377" w14:textId="77777777" w:rsidR="00ED7A05" w:rsidRDefault="000A786C">
      <w:pPr>
        <w:spacing w:after="80"/>
        <w:ind w:left="749" w:hanging="317"/>
      </w:pPr>
      <w:r>
        <w:rPr>
          <w:color w:val="01696F"/>
        </w:rPr>
        <w:t xml:space="preserve">•  </w:t>
      </w:r>
      <w:r>
        <w:t>Do not recruit participants from other teams within the League or from other organizations.</w:t>
      </w:r>
    </w:p>
    <w:p w14:paraId="7CE39D25" w14:textId="77777777" w:rsidR="00ED7A05" w:rsidRDefault="000A786C">
      <w:pPr>
        <w:keepNext/>
        <w:spacing w:before="240" w:after="60"/>
      </w:pPr>
      <w:r>
        <w:rPr>
          <w:b/>
          <w:sz w:val="22"/>
        </w:rPr>
        <w:t>6. Working with parents</w:t>
      </w:r>
    </w:p>
    <w:p w14:paraId="43108A74" w14:textId="77777777" w:rsidR="00ED7A05" w:rsidRDefault="000A786C">
      <w:pPr>
        <w:spacing w:after="80"/>
        <w:ind w:left="749" w:hanging="317"/>
      </w:pPr>
      <w:r>
        <w:rPr>
          <w:color w:val="01696F"/>
        </w:rPr>
        <w:t xml:space="preserve">•  </w:t>
      </w:r>
      <w:r>
        <w:t>Explain your expectations, schedule, and communication method to families at the start of the season.</w:t>
      </w:r>
    </w:p>
    <w:p w14:paraId="6C9C6146" w14:textId="77777777" w:rsidR="00ED7A05" w:rsidRDefault="000A786C">
      <w:pPr>
        <w:spacing w:after="80"/>
        <w:ind w:left="749" w:hanging="317"/>
      </w:pPr>
      <w:r>
        <w:rPr>
          <w:color w:val="01696F"/>
        </w:rPr>
        <w:t xml:space="preserve">•  </w:t>
      </w:r>
      <w:r>
        <w:t>Respond to reasonable parent questions within a few days. Do not discuss another participant with a parent who is not their guardian.</w:t>
      </w:r>
    </w:p>
    <w:p w14:paraId="464CB22A" w14:textId="77777777" w:rsidR="00ED7A05" w:rsidRDefault="000A786C">
      <w:pPr>
        <w:spacing w:after="80"/>
        <w:ind w:left="749" w:hanging="317"/>
      </w:pPr>
      <w:r>
        <w:rPr>
          <w:color w:val="01696F"/>
        </w:rPr>
        <w:t xml:space="preserve">•  </w:t>
      </w:r>
      <w:r>
        <w:t>Do not discuss playing time or strategy during a game or practice. Ask that concerns wait 24 hours after a game.</w:t>
      </w:r>
    </w:p>
    <w:p w14:paraId="075BD94A" w14:textId="77777777" w:rsidR="00ED7A05" w:rsidRDefault="000A786C">
      <w:pPr>
        <w:spacing w:after="80"/>
        <w:ind w:left="749" w:hanging="317"/>
      </w:pPr>
      <w:r>
        <w:rPr>
          <w:color w:val="01696F"/>
        </w:rPr>
        <w:t xml:space="preserve">•  </w:t>
      </w:r>
      <w:r>
        <w:t>Ask a parent to step away from the sideline, and notify the Board, if their conduct violates Code C. You are not required to manage a hostile adult alone.</w:t>
      </w:r>
    </w:p>
    <w:p w14:paraId="69ABB22A" w14:textId="77777777" w:rsidR="00ED7A05" w:rsidRDefault="000A786C">
      <w:pPr>
        <w:keepNext/>
        <w:spacing w:before="240" w:after="60"/>
      </w:pPr>
      <w:r>
        <w:rPr>
          <w:b/>
          <w:sz w:val="22"/>
        </w:rPr>
        <w:t>7. Reporting</w:t>
      </w:r>
    </w:p>
    <w:p w14:paraId="7ADEDDA1" w14:textId="77777777" w:rsidR="00ED7A05" w:rsidRDefault="000A786C">
      <w:pPr>
        <w:spacing w:after="80"/>
        <w:ind w:left="749" w:hanging="317"/>
      </w:pPr>
      <w:r>
        <w:rPr>
          <w:color w:val="01696F"/>
        </w:rPr>
        <w:t xml:space="preserve">•  </w:t>
      </w:r>
      <w:r>
        <w:t>Wyoming law requires any person who knows of or reasonably suspects that a child has been abused or neglected to report it immediately to a child protective agency or local law enforcement. This duty is personal to you.</w:t>
      </w:r>
    </w:p>
    <w:p w14:paraId="52E96AAA" w14:textId="77777777" w:rsidR="00ED7A05" w:rsidRDefault="000A786C">
      <w:pPr>
        <w:spacing w:after="80"/>
        <w:ind w:left="749" w:hanging="317"/>
      </w:pPr>
      <w:r>
        <w:rPr>
          <w:color w:val="01696F"/>
        </w:rPr>
        <w:t xml:space="preserve">•  </w:t>
      </w:r>
      <w:r>
        <w:t>Telling the President, a director, or another coach does not satisfy your legal duty and does not replace it.</w:t>
      </w:r>
    </w:p>
    <w:p w14:paraId="5FADDB4A" w14:textId="77777777" w:rsidR="00ED7A05" w:rsidRDefault="000A786C">
      <w:pPr>
        <w:spacing w:after="80"/>
        <w:ind w:left="749" w:hanging="317"/>
      </w:pPr>
      <w:r>
        <w:rPr>
          <w:color w:val="01696F"/>
        </w:rPr>
        <w:t xml:space="preserve">•  </w:t>
      </w:r>
      <w:r>
        <w:t>Report every injury, near-miss, and boundary concern to the League promptly so it can be documented.</w:t>
      </w:r>
    </w:p>
    <w:p w14:paraId="2BC2966D" w14:textId="77777777" w:rsidR="00ED7A05" w:rsidRDefault="000A786C">
      <w:pPr>
        <w:spacing w:after="80"/>
        <w:ind w:left="749" w:hanging="317"/>
      </w:pPr>
      <w:r>
        <w:rPr>
          <w:color w:val="01696F"/>
        </w:rPr>
        <w:t xml:space="preserve">•  </w:t>
      </w:r>
      <w:r>
        <w:t>The League will not retaliate against a coach or volunteer who raises a concern in good faith.</w:t>
      </w:r>
    </w:p>
    <w:p w14:paraId="6311A6B1" w14:textId="77777777" w:rsidR="00ED7A05" w:rsidRDefault="000A786C">
      <w:pPr>
        <w:keepNext/>
        <w:spacing w:before="240" w:after="60"/>
      </w:pPr>
      <w:r>
        <w:rPr>
          <w:b/>
          <w:sz w:val="22"/>
        </w:rPr>
        <w:lastRenderedPageBreak/>
        <w:t>8. Consequences</w:t>
      </w:r>
    </w:p>
    <w:p w14:paraId="3734BF00" w14:textId="77777777" w:rsidR="00ED7A05" w:rsidRDefault="000A786C">
      <w:r>
        <w:t>Violations may result in a written warning, a required meeting with the Board, suspension for one or more games, removal from your coaching or volunteer position, or permanent exclusion from the League. Conduct endangering a participant, violation of the boundary provisions in Section 4, returning a participant to play after a suspected head injury, or refusing background screening warrants immediate suspension pending Board review.</w:t>
      </w:r>
    </w:p>
    <w:p w14:paraId="7D902FA6" w14:textId="77777777" w:rsidR="00ED7A05" w:rsidRDefault="00ED7A05">
      <w:pPr>
        <w:spacing w:after="0"/>
      </w:pPr>
    </w:p>
    <w:tbl>
      <w:tblPr>
        <w:tblStyle w:val="TableGrid"/>
        <w:tblW w:w="0" w:type="auto"/>
        <w:tblLayout w:type="fixed"/>
        <w:tblLook w:val="04A0" w:firstRow="1" w:lastRow="0" w:firstColumn="1" w:lastColumn="0" w:noHBand="0" w:noVBand="1"/>
      </w:tblPr>
      <w:tblGrid>
        <w:gridCol w:w="9360"/>
      </w:tblGrid>
      <w:tr w:rsidR="00ED7A05" w14:paraId="6E49FFDA" w14:textId="77777777">
        <w:tc>
          <w:tcPr>
            <w:tcW w:w="9360" w:type="dxa"/>
            <w:shd w:val="clear" w:color="auto" w:fill="FBF3E8"/>
          </w:tcPr>
          <w:p w14:paraId="1F80EC8A" w14:textId="77777777" w:rsidR="00ED7A05" w:rsidRDefault="000A786C">
            <w:pPr>
              <w:spacing w:after="40"/>
            </w:pPr>
            <w:r>
              <w:rPr>
                <w:b/>
                <w:color w:val="964219"/>
                <w:sz w:val="19"/>
              </w:rPr>
              <w:t>Why coaches sign three codes</w:t>
            </w:r>
          </w:p>
          <w:p w14:paraId="2FFF4014" w14:textId="77777777" w:rsidR="00ED7A05" w:rsidRDefault="000A786C">
            <w:pPr>
              <w:spacing w:after="60"/>
            </w:pPr>
            <w:r>
              <w:rPr>
                <w:sz w:val="19"/>
              </w:rPr>
              <w:t>Coaches occupy two roles at once. Code A binds them as stewards of the organization — funds, confidentiality, conflicts of interest, and the fact that most youth coaches are also parents of a participant on the roster. Code B governs what happens at practice and on game day. Code C is included because a coach is still a spectator when their own child is playing on another team, and the sideline standard applies to them too.</w:t>
            </w:r>
          </w:p>
        </w:tc>
      </w:tr>
    </w:tbl>
    <w:p w14:paraId="27E93E11" w14:textId="77777777" w:rsidR="00ED7A05" w:rsidRDefault="00ED7A05">
      <w:pPr>
        <w:spacing w:after="0"/>
      </w:pPr>
    </w:p>
    <w:p w14:paraId="39FECCFF" w14:textId="77777777" w:rsidR="00ED7A05" w:rsidRDefault="000A786C">
      <w:pPr>
        <w:keepNext/>
        <w:spacing w:before="280" w:after="60"/>
      </w:pPr>
      <w:r>
        <w:rPr>
          <w:b/>
          <w:sz w:val="22"/>
        </w:rPr>
        <w:t>Acknowledgment — Code B</w:t>
      </w:r>
    </w:p>
    <w:p w14:paraId="7F0B1CAA" w14:textId="77777777" w:rsidR="00ED7A05" w:rsidRDefault="000A786C">
      <w:r>
        <w:t>I have read and understand the Code of Conduct for Coaches and Team Volunteers of Cheyenne Youth Sports League, Inc. I agree to comply with it. I confirm that I have completed, or will complete before my first contact with participants, the background screening and youth-protection training the League requires. I understand that Wyoming law places on me personally the duty to immediately report suspected child abuse or neglect to a child protective agency or law enforcement, and that reporting internally do</w:t>
      </w:r>
      <w:r>
        <w:t>es not satisfy that duty. I understand that violating this Code may result in my removal from my coaching or volunteer role.</w:t>
      </w:r>
    </w:p>
    <w:tbl>
      <w:tblPr>
        <w:tblStyle w:val="TableGrid"/>
        <w:tblW w:w="0" w:type="auto"/>
        <w:jc w:val="center"/>
        <w:tblLayout w:type="fixed"/>
        <w:tblLook w:val="04A0" w:firstRow="1" w:lastRow="0" w:firstColumn="1" w:lastColumn="0" w:noHBand="0" w:noVBand="1"/>
      </w:tblPr>
      <w:tblGrid>
        <w:gridCol w:w="3744"/>
        <w:gridCol w:w="2520"/>
        <w:gridCol w:w="3096"/>
      </w:tblGrid>
      <w:tr w:rsidR="00ED7A05" w14:paraId="0B4D9B56" w14:textId="77777777">
        <w:trPr>
          <w:tblHeader/>
          <w:jc w:val="center"/>
        </w:trPr>
        <w:tc>
          <w:tcPr>
            <w:tcW w:w="3744" w:type="dxa"/>
            <w:shd w:val="clear" w:color="auto" w:fill="01696F"/>
          </w:tcPr>
          <w:p w14:paraId="68579147" w14:textId="77777777" w:rsidR="00ED7A05" w:rsidRDefault="000A786C">
            <w:pPr>
              <w:spacing w:before="60" w:after="60"/>
            </w:pPr>
            <w:r>
              <w:rPr>
                <w:b/>
                <w:color w:val="FFFFFF"/>
                <w:sz w:val="19"/>
              </w:rPr>
              <w:t>Printed name</w:t>
            </w:r>
          </w:p>
        </w:tc>
        <w:tc>
          <w:tcPr>
            <w:tcW w:w="2520" w:type="dxa"/>
            <w:shd w:val="clear" w:color="auto" w:fill="01696F"/>
          </w:tcPr>
          <w:p w14:paraId="026D43D0" w14:textId="77777777" w:rsidR="00ED7A05" w:rsidRDefault="000A786C">
            <w:pPr>
              <w:spacing w:before="60" w:after="60"/>
            </w:pPr>
            <w:r>
              <w:rPr>
                <w:b/>
                <w:color w:val="FFFFFF"/>
                <w:sz w:val="19"/>
              </w:rPr>
              <w:t>Role</w:t>
            </w:r>
          </w:p>
        </w:tc>
        <w:tc>
          <w:tcPr>
            <w:tcW w:w="3096" w:type="dxa"/>
            <w:shd w:val="clear" w:color="auto" w:fill="01696F"/>
          </w:tcPr>
          <w:p w14:paraId="34CF2F12" w14:textId="77777777" w:rsidR="00ED7A05" w:rsidRDefault="000A786C">
            <w:pPr>
              <w:spacing w:before="60" w:after="60"/>
            </w:pPr>
            <w:r>
              <w:rPr>
                <w:b/>
                <w:color w:val="FFFFFF"/>
                <w:sz w:val="19"/>
              </w:rPr>
              <w:t>Team / sport</w:t>
            </w:r>
          </w:p>
        </w:tc>
      </w:tr>
      <w:tr w:rsidR="00ED7A05" w14:paraId="590A3436" w14:textId="77777777">
        <w:trPr>
          <w:jc w:val="center"/>
        </w:trPr>
        <w:tc>
          <w:tcPr>
            <w:tcW w:w="3744" w:type="dxa"/>
          </w:tcPr>
          <w:p w14:paraId="3B4CFBE6" w14:textId="77777777" w:rsidR="00ED7A05" w:rsidRDefault="00ED7A05">
            <w:pPr>
              <w:spacing w:before="60" w:after="60"/>
            </w:pPr>
          </w:p>
        </w:tc>
        <w:tc>
          <w:tcPr>
            <w:tcW w:w="2520" w:type="dxa"/>
          </w:tcPr>
          <w:p w14:paraId="13686F3D" w14:textId="77777777" w:rsidR="00ED7A05" w:rsidRDefault="00ED7A05">
            <w:pPr>
              <w:spacing w:before="60" w:after="60"/>
            </w:pPr>
          </w:p>
        </w:tc>
        <w:tc>
          <w:tcPr>
            <w:tcW w:w="3096" w:type="dxa"/>
          </w:tcPr>
          <w:p w14:paraId="288031FB" w14:textId="77777777" w:rsidR="00ED7A05" w:rsidRDefault="00ED7A05">
            <w:pPr>
              <w:spacing w:before="60" w:after="60"/>
            </w:pPr>
          </w:p>
        </w:tc>
      </w:tr>
    </w:tbl>
    <w:p w14:paraId="7781E723" w14:textId="77777777" w:rsidR="00ED7A05" w:rsidRDefault="00ED7A05">
      <w:pPr>
        <w:spacing w:before="240" w:after="0"/>
      </w:pPr>
    </w:p>
    <w:tbl>
      <w:tblPr>
        <w:tblW w:w="0" w:type="auto"/>
        <w:tblLayout w:type="fixed"/>
        <w:tblLook w:val="04A0" w:firstRow="1" w:lastRow="0" w:firstColumn="1" w:lastColumn="0" w:noHBand="0" w:noVBand="1"/>
      </w:tblPr>
      <w:tblGrid>
        <w:gridCol w:w="6192"/>
        <w:gridCol w:w="3168"/>
      </w:tblGrid>
      <w:tr w:rsidR="00ED7A05" w14:paraId="10487E7C" w14:textId="77777777">
        <w:tc>
          <w:tcPr>
            <w:tcW w:w="6192" w:type="dxa"/>
          </w:tcPr>
          <w:p w14:paraId="4D8D1CA8" w14:textId="77777777" w:rsidR="00ED7A05" w:rsidRDefault="000A786C">
            <w:pPr>
              <w:spacing w:after="0"/>
            </w:pPr>
            <w:r>
              <w:t>______________________________________________________</w:t>
            </w:r>
          </w:p>
        </w:tc>
        <w:tc>
          <w:tcPr>
            <w:tcW w:w="3168" w:type="dxa"/>
          </w:tcPr>
          <w:p w14:paraId="39912516" w14:textId="77777777" w:rsidR="00ED7A05" w:rsidRDefault="000A786C">
            <w:pPr>
              <w:spacing w:after="0"/>
            </w:pPr>
            <w:r>
              <w:t>__________________________</w:t>
            </w:r>
          </w:p>
        </w:tc>
      </w:tr>
      <w:tr w:rsidR="00ED7A05" w14:paraId="7B1BC3DC" w14:textId="77777777">
        <w:tc>
          <w:tcPr>
            <w:tcW w:w="6192" w:type="dxa"/>
          </w:tcPr>
          <w:p w14:paraId="48290515" w14:textId="77777777" w:rsidR="00ED7A05" w:rsidRDefault="000A786C">
            <w:pPr>
              <w:spacing w:after="0"/>
            </w:pPr>
            <w:r>
              <w:rPr>
                <w:color w:val="5A5852"/>
                <w:sz w:val="18"/>
              </w:rPr>
              <w:t>Signature</w:t>
            </w:r>
          </w:p>
        </w:tc>
        <w:tc>
          <w:tcPr>
            <w:tcW w:w="3168" w:type="dxa"/>
          </w:tcPr>
          <w:p w14:paraId="68B4CCA5" w14:textId="77777777" w:rsidR="00ED7A05" w:rsidRDefault="000A786C">
            <w:pPr>
              <w:spacing w:after="0"/>
            </w:pPr>
            <w:r>
              <w:rPr>
                <w:color w:val="5A5852"/>
                <w:sz w:val="18"/>
              </w:rPr>
              <w:t>Date</w:t>
            </w:r>
          </w:p>
        </w:tc>
      </w:tr>
    </w:tbl>
    <w:p w14:paraId="7335BAAA" w14:textId="77777777" w:rsidR="00ED7A05" w:rsidRDefault="00ED7A05">
      <w:pPr>
        <w:spacing w:after="0"/>
      </w:pPr>
    </w:p>
    <w:p w14:paraId="6F4713C0" w14:textId="77777777" w:rsidR="00ED7A05" w:rsidRDefault="000A786C">
      <w:r>
        <w:rPr>
          <w:color w:val="5A5852"/>
          <w:sz w:val="18"/>
        </w:rPr>
        <w:t>Also required of coaches and adult volunteers: Code A (Code of Ethics) and Code C (Parents and Guardians).</w:t>
      </w:r>
    </w:p>
    <w:p w14:paraId="14CDA0AB" w14:textId="77777777" w:rsidR="00ED7A05" w:rsidRDefault="000A786C">
      <w:r>
        <w:br w:type="page"/>
      </w:r>
    </w:p>
    <w:p w14:paraId="2F997399" w14:textId="77777777" w:rsidR="00ED7A05" w:rsidRDefault="000A786C">
      <w:pPr>
        <w:keepNext/>
        <w:pBdr>
          <w:bottom w:val="single" w:sz="6" w:space="3" w:color="C9C6BF"/>
        </w:pBdr>
        <w:spacing w:after="100"/>
      </w:pPr>
      <w:r>
        <w:rPr>
          <w:b/>
          <w:color w:val="01696F"/>
          <w:sz w:val="28"/>
        </w:rPr>
        <w:lastRenderedPageBreak/>
        <w:t>Code C — Code of Conduct for Parents and Guardians</w:t>
      </w:r>
    </w:p>
    <w:p w14:paraId="2CF48641" w14:textId="77777777" w:rsidR="00ED7A05" w:rsidRDefault="000A786C">
      <w:r>
        <w:rPr>
          <w:color w:val="5A5852"/>
          <w:sz w:val="20"/>
        </w:rPr>
        <w:t>Youth sports work when the adults on the sideline make it work. By registering a child with Cheyenne Youth Sports League, Inc., you agree to the following.</w:t>
      </w:r>
    </w:p>
    <w:p w14:paraId="3BCF4501" w14:textId="77777777" w:rsidR="00ED7A05" w:rsidRDefault="000A786C">
      <w:pPr>
        <w:keepNext/>
        <w:spacing w:before="240" w:after="60"/>
      </w:pPr>
      <w:r>
        <w:rPr>
          <w:b/>
          <w:sz w:val="22"/>
        </w:rPr>
        <w:t>1. Keep it in perspective</w:t>
      </w:r>
    </w:p>
    <w:p w14:paraId="19970597" w14:textId="77777777" w:rsidR="00ED7A05" w:rsidRDefault="000A786C">
      <w:pPr>
        <w:spacing w:after="80"/>
        <w:ind w:left="749" w:hanging="317"/>
      </w:pPr>
      <w:r>
        <w:rPr>
          <w:color w:val="01696F"/>
        </w:rPr>
        <w:t xml:space="preserve">•  </w:t>
      </w:r>
      <w:r>
        <w:t>Remember this is a youth league. The purpose is development, fitness, character, and enjoyment, not a college scholarship or a professional career.</w:t>
      </w:r>
    </w:p>
    <w:p w14:paraId="51BE3D9B" w14:textId="77777777" w:rsidR="00ED7A05" w:rsidRDefault="000A786C">
      <w:pPr>
        <w:spacing w:after="80"/>
        <w:ind w:left="749" w:hanging="317"/>
      </w:pPr>
      <w:r>
        <w:rPr>
          <w:color w:val="01696F"/>
        </w:rPr>
        <w:t xml:space="preserve">•  </w:t>
      </w:r>
      <w:r>
        <w:t>Let your child play for their own reasons. Ask whether they had fun before asking whether they won.</w:t>
      </w:r>
    </w:p>
    <w:p w14:paraId="0A4E55A7" w14:textId="77777777" w:rsidR="00ED7A05" w:rsidRDefault="000A786C">
      <w:pPr>
        <w:spacing w:after="80"/>
        <w:ind w:left="749" w:hanging="317"/>
      </w:pPr>
      <w:r>
        <w:rPr>
          <w:color w:val="01696F"/>
        </w:rPr>
        <w:t xml:space="preserve">•  </w:t>
      </w:r>
      <w:r>
        <w:t>Do not criticize your child's performance in front of teammates or on the drive home.</w:t>
      </w:r>
    </w:p>
    <w:p w14:paraId="7A38A22F" w14:textId="77777777" w:rsidR="00ED7A05" w:rsidRDefault="000A786C">
      <w:pPr>
        <w:keepNext/>
        <w:spacing w:before="240" w:after="60"/>
      </w:pPr>
      <w:r>
        <w:rPr>
          <w:b/>
          <w:sz w:val="22"/>
        </w:rPr>
        <w:t>2. Respect the officials</w:t>
      </w:r>
    </w:p>
    <w:p w14:paraId="69B2DFF4" w14:textId="77777777" w:rsidR="00ED7A05" w:rsidRDefault="000A786C">
      <w:pPr>
        <w:spacing w:after="80"/>
        <w:ind w:left="749" w:hanging="317"/>
      </w:pPr>
      <w:r>
        <w:rPr>
          <w:color w:val="01696F"/>
        </w:rPr>
        <w:t xml:space="preserve">•  </w:t>
      </w:r>
      <w:r>
        <w:t>Officials in youth sports are often young, often new, and always human. Do not heckle, argue with, or confront an official before, during, or after a game.</w:t>
      </w:r>
    </w:p>
    <w:p w14:paraId="0E468FA6" w14:textId="77777777" w:rsidR="00ED7A05" w:rsidRDefault="000A786C">
      <w:pPr>
        <w:spacing w:after="80"/>
        <w:ind w:left="749" w:hanging="317"/>
      </w:pPr>
      <w:r>
        <w:rPr>
          <w:color w:val="01696F"/>
        </w:rPr>
        <w:t xml:space="preserve">•  </w:t>
      </w:r>
      <w:r>
        <w:t>Judgment calls are not appealable. Do not approach an official at any point.</w:t>
      </w:r>
    </w:p>
    <w:p w14:paraId="44019E62" w14:textId="77777777" w:rsidR="00ED7A05" w:rsidRDefault="000A786C">
      <w:pPr>
        <w:spacing w:after="80"/>
        <w:ind w:left="749" w:hanging="317"/>
      </w:pPr>
      <w:r>
        <w:rPr>
          <w:color w:val="01696F"/>
        </w:rPr>
        <w:t xml:space="preserve">•  </w:t>
      </w:r>
      <w:r>
        <w:t>If you believe an official acted improperly, report it in writing to the League after the event.</w:t>
      </w:r>
    </w:p>
    <w:p w14:paraId="0D25EF98" w14:textId="77777777" w:rsidR="00ED7A05" w:rsidRDefault="000A786C">
      <w:pPr>
        <w:keepNext/>
        <w:spacing w:before="240" w:after="60"/>
      </w:pPr>
      <w:r>
        <w:rPr>
          <w:b/>
          <w:sz w:val="22"/>
        </w:rPr>
        <w:t>3. Respect the coaches</w:t>
      </w:r>
    </w:p>
    <w:p w14:paraId="03655378" w14:textId="77777777" w:rsidR="00ED7A05" w:rsidRDefault="000A786C">
      <w:pPr>
        <w:spacing w:after="80"/>
        <w:ind w:left="749" w:hanging="317"/>
      </w:pPr>
      <w:r>
        <w:rPr>
          <w:color w:val="01696F"/>
        </w:rPr>
        <w:t xml:space="preserve">•  </w:t>
      </w:r>
      <w:r>
        <w:t>Coaching decisions, including lineups, positions, playing time, and team assignments, belong to the coach.</w:t>
      </w:r>
    </w:p>
    <w:p w14:paraId="613FCD60" w14:textId="77777777" w:rsidR="00ED7A05" w:rsidRDefault="000A786C">
      <w:pPr>
        <w:spacing w:after="80"/>
        <w:ind w:left="749" w:hanging="317"/>
      </w:pPr>
      <w:r>
        <w:rPr>
          <w:color w:val="01696F"/>
        </w:rPr>
        <w:t xml:space="preserve">•  </w:t>
      </w:r>
      <w:r>
        <w:t>Do not coach from the sideline or give your child instructions that contradict the coach.</w:t>
      </w:r>
    </w:p>
    <w:p w14:paraId="67B6D136" w14:textId="77777777" w:rsidR="00ED7A05" w:rsidRDefault="000A786C">
      <w:pPr>
        <w:spacing w:after="80"/>
        <w:ind w:left="749" w:hanging="317"/>
      </w:pPr>
      <w:r>
        <w:rPr>
          <w:color w:val="01696F"/>
        </w:rPr>
        <w:t xml:space="preserve">•  </w:t>
      </w:r>
      <w:r>
        <w:t>Raise concerns privately, not during a game or practice, and not in front of players. Use the 24-hour rule: wait a full day after a game before raising a concern about it.</w:t>
      </w:r>
    </w:p>
    <w:p w14:paraId="6B84EFB0" w14:textId="77777777" w:rsidR="00ED7A05" w:rsidRDefault="000A786C">
      <w:pPr>
        <w:spacing w:after="80"/>
        <w:ind w:left="749" w:hanging="317"/>
      </w:pPr>
      <w:r>
        <w:rPr>
          <w:color w:val="01696F"/>
        </w:rPr>
        <w:t xml:space="preserve">•  </w:t>
      </w:r>
      <w:r>
        <w:t>Follow the chain of communication — coach first, then the Board if unresolved.</w:t>
      </w:r>
    </w:p>
    <w:p w14:paraId="65EC226E" w14:textId="77777777" w:rsidR="00ED7A05" w:rsidRDefault="000A786C">
      <w:pPr>
        <w:keepNext/>
        <w:spacing w:before="240" w:after="60"/>
      </w:pPr>
      <w:r>
        <w:rPr>
          <w:b/>
          <w:sz w:val="22"/>
        </w:rPr>
        <w:t>4. Respect everyone present</w:t>
      </w:r>
    </w:p>
    <w:p w14:paraId="2EF1BA97" w14:textId="77777777" w:rsidR="00ED7A05" w:rsidRDefault="000A786C">
      <w:pPr>
        <w:spacing w:after="80"/>
        <w:ind w:left="749" w:hanging="317"/>
      </w:pPr>
      <w:r>
        <w:rPr>
          <w:color w:val="01696F"/>
        </w:rPr>
        <w:t xml:space="preserve">•  </w:t>
      </w:r>
      <w:r>
        <w:t>Cheer for effort and good play, including good play by the other team. Never boo, taunt, or single out an opposing player.</w:t>
      </w:r>
    </w:p>
    <w:p w14:paraId="0A900A86" w14:textId="77777777" w:rsidR="00ED7A05" w:rsidRDefault="000A786C">
      <w:pPr>
        <w:spacing w:after="80"/>
        <w:ind w:left="749" w:hanging="317"/>
      </w:pPr>
      <w:r>
        <w:rPr>
          <w:color w:val="01696F"/>
        </w:rPr>
        <w:t xml:space="preserve">•  </w:t>
      </w:r>
      <w:r>
        <w:t>No profanity, racial or ethnic slurs, demeaning remarks, or comments about any child's ability, body, or family.</w:t>
      </w:r>
    </w:p>
    <w:p w14:paraId="52F07E16" w14:textId="77777777" w:rsidR="00ED7A05" w:rsidRDefault="000A786C">
      <w:pPr>
        <w:spacing w:after="80"/>
        <w:ind w:left="749" w:hanging="317"/>
      </w:pPr>
      <w:r>
        <w:rPr>
          <w:color w:val="01696F"/>
        </w:rPr>
        <w:t xml:space="preserve">•  </w:t>
      </w:r>
      <w:r>
        <w:t>No physical or verbal confrontation with any parent, coach, official, participant, or League volunteer.</w:t>
      </w:r>
    </w:p>
    <w:p w14:paraId="6F21EFCD" w14:textId="77777777" w:rsidR="00ED7A05" w:rsidRDefault="000A786C">
      <w:pPr>
        <w:spacing w:after="80"/>
        <w:ind w:left="749" w:hanging="317"/>
      </w:pPr>
      <w:r>
        <w:rPr>
          <w:color w:val="01696F"/>
        </w:rPr>
        <w:t xml:space="preserve">•  </w:t>
      </w:r>
      <w:r>
        <w:t>Do not use alcohol, cannabis, tobacco, or vapor products at League activities, and do not attend under the influence.</w:t>
      </w:r>
    </w:p>
    <w:p w14:paraId="03F97533" w14:textId="77777777" w:rsidR="00ED7A05" w:rsidRDefault="000A786C">
      <w:pPr>
        <w:keepNext/>
        <w:spacing w:before="240" w:after="60"/>
      </w:pPr>
      <w:r>
        <w:rPr>
          <w:b/>
          <w:sz w:val="22"/>
        </w:rPr>
        <w:t>5. Meet your practical obligations</w:t>
      </w:r>
    </w:p>
    <w:p w14:paraId="1411E465" w14:textId="77777777" w:rsidR="00ED7A05" w:rsidRDefault="000A786C">
      <w:pPr>
        <w:spacing w:after="80"/>
        <w:ind w:left="749" w:hanging="317"/>
      </w:pPr>
      <w:r>
        <w:rPr>
          <w:color w:val="01696F"/>
        </w:rPr>
        <w:t xml:space="preserve">•  </w:t>
      </w:r>
      <w:r>
        <w:t>Have your child at practices and games on time, in the required uniform, with water and appropriate equipment.</w:t>
      </w:r>
    </w:p>
    <w:p w14:paraId="0D73B962" w14:textId="77777777" w:rsidR="00ED7A05" w:rsidRDefault="000A786C">
      <w:pPr>
        <w:spacing w:after="80"/>
        <w:ind w:left="749" w:hanging="317"/>
      </w:pPr>
      <w:r>
        <w:rPr>
          <w:color w:val="01696F"/>
        </w:rPr>
        <w:t xml:space="preserve">•  </w:t>
      </w:r>
      <w:r>
        <w:t>Notify the coach in advance of absences.</w:t>
      </w:r>
    </w:p>
    <w:p w14:paraId="2B9B8B0B" w14:textId="77777777" w:rsidR="00ED7A05" w:rsidRDefault="000A786C">
      <w:pPr>
        <w:spacing w:after="80"/>
        <w:ind w:left="749" w:hanging="317"/>
      </w:pPr>
      <w:r>
        <w:rPr>
          <w:color w:val="01696F"/>
        </w:rPr>
        <w:t xml:space="preserve">•  </w:t>
      </w:r>
      <w:r>
        <w:t>Pick your child up promptly. Do not leave a child unsupervised before or after an activity.</w:t>
      </w:r>
    </w:p>
    <w:p w14:paraId="0931DF72" w14:textId="77777777" w:rsidR="00ED7A05" w:rsidRDefault="000A786C">
      <w:pPr>
        <w:spacing w:after="80"/>
        <w:ind w:left="749" w:hanging="317"/>
      </w:pPr>
      <w:r>
        <w:rPr>
          <w:color w:val="01696F"/>
        </w:rPr>
        <w:lastRenderedPageBreak/>
        <w:t xml:space="preserve">•  </w:t>
      </w:r>
      <w:r>
        <w:t>Submit registration, medical, and emergency contact forms and pay fees, or request fee assistance, by the deadlines. Fee assistance requests are handled confidentially — ask, rather than withdrawing your child.</w:t>
      </w:r>
    </w:p>
    <w:p w14:paraId="5955BF9A" w14:textId="77777777" w:rsidR="00ED7A05" w:rsidRDefault="000A786C">
      <w:pPr>
        <w:spacing w:after="80"/>
        <w:ind w:left="749" w:hanging="317"/>
      </w:pPr>
      <w:r>
        <w:rPr>
          <w:color w:val="01696F"/>
        </w:rPr>
        <w:t xml:space="preserve">•  </w:t>
      </w:r>
      <w:r>
        <w:t>Volunteer where you can. A volunteer-run league runs on parents.</w:t>
      </w:r>
    </w:p>
    <w:p w14:paraId="49A450B6" w14:textId="77777777" w:rsidR="00ED7A05" w:rsidRDefault="000A786C">
      <w:pPr>
        <w:keepNext/>
        <w:spacing w:before="240" w:after="60"/>
      </w:pPr>
      <w:r>
        <w:rPr>
          <w:b/>
          <w:sz w:val="22"/>
        </w:rPr>
        <w:t>6. Protect all the children, not just your own</w:t>
      </w:r>
    </w:p>
    <w:p w14:paraId="3FB920D2" w14:textId="77777777" w:rsidR="00ED7A05" w:rsidRDefault="000A786C">
      <w:pPr>
        <w:spacing w:after="80"/>
        <w:ind w:left="749" w:hanging="317"/>
      </w:pPr>
      <w:r>
        <w:rPr>
          <w:color w:val="01696F"/>
        </w:rPr>
        <w:t xml:space="preserve">•  </w:t>
      </w:r>
      <w:r>
        <w:t>Wyoming law requires any person who knows of or reasonably suspects that a child has been abused or neglected to immediately report it to a child protective agency or local law enforcement. This applies to you as a parent, not only to coaches and staff.</w:t>
      </w:r>
    </w:p>
    <w:p w14:paraId="3C2CF5CD" w14:textId="77777777" w:rsidR="00ED7A05" w:rsidRDefault="000A786C">
      <w:pPr>
        <w:spacing w:after="80"/>
        <w:ind w:left="749" w:hanging="317"/>
      </w:pPr>
      <w:r>
        <w:rPr>
          <w:color w:val="01696F"/>
        </w:rPr>
        <w:t xml:space="preserve">•  </w:t>
      </w:r>
      <w:r>
        <w:t>Report any safety concern to the coach or any Board member promptly.</w:t>
      </w:r>
    </w:p>
    <w:p w14:paraId="23DE8753" w14:textId="77777777" w:rsidR="00ED7A05" w:rsidRDefault="000A786C">
      <w:pPr>
        <w:spacing w:after="80"/>
        <w:ind w:left="749" w:hanging="317"/>
      </w:pPr>
      <w:r>
        <w:rPr>
          <w:color w:val="01696F"/>
        </w:rPr>
        <w:t xml:space="preserve">•  </w:t>
      </w:r>
      <w:r>
        <w:t>Do not photograph or post images or video of children other than your own on social media without the permission of their parent or guardian.</w:t>
      </w:r>
    </w:p>
    <w:p w14:paraId="2AFA4A6E" w14:textId="77777777" w:rsidR="00ED7A05" w:rsidRDefault="000A786C">
      <w:pPr>
        <w:keepNext/>
        <w:spacing w:before="240" w:after="60"/>
      </w:pPr>
      <w:r>
        <w:rPr>
          <w:b/>
          <w:sz w:val="22"/>
        </w:rPr>
        <w:t>7. Consequences</w:t>
      </w:r>
    </w:p>
    <w:p w14:paraId="5F06182E" w14:textId="77777777" w:rsidR="00ED7A05" w:rsidRDefault="000A786C">
      <w:r>
        <w:t>Violations may result in a verbal warning, a written warning, removal from the venue, suspension from attending games for a stated period, or exclusion from League activities for the season or permanently. Registration fees are not refunded when a family is removed for conduct. A parent's conduct may result in their child's removal from the League only where no lesser measure will protect participants, officials, or volunteers.</w:t>
      </w:r>
    </w:p>
    <w:p w14:paraId="07DA7BB9" w14:textId="77777777" w:rsidR="00ED7A05" w:rsidRDefault="00ED7A05">
      <w:pPr>
        <w:spacing w:after="0"/>
      </w:pPr>
    </w:p>
    <w:tbl>
      <w:tblPr>
        <w:tblStyle w:val="TableGrid"/>
        <w:tblW w:w="0" w:type="auto"/>
        <w:tblLayout w:type="fixed"/>
        <w:tblLook w:val="04A0" w:firstRow="1" w:lastRow="0" w:firstColumn="1" w:lastColumn="0" w:noHBand="0" w:noVBand="1"/>
      </w:tblPr>
      <w:tblGrid>
        <w:gridCol w:w="9360"/>
      </w:tblGrid>
      <w:tr w:rsidR="00ED7A05" w14:paraId="5FD85258" w14:textId="77777777">
        <w:tc>
          <w:tcPr>
            <w:tcW w:w="9360" w:type="dxa"/>
            <w:shd w:val="clear" w:color="auto" w:fill="FBF3E8"/>
          </w:tcPr>
          <w:p w14:paraId="63C927F8" w14:textId="77777777" w:rsidR="00ED7A05" w:rsidRDefault="000A786C">
            <w:pPr>
              <w:spacing w:after="40"/>
            </w:pPr>
            <w:r>
              <w:rPr>
                <w:b/>
                <w:color w:val="964219"/>
                <w:sz w:val="19"/>
              </w:rPr>
              <w:t>One practical note on the sideline</w:t>
            </w:r>
          </w:p>
          <w:p w14:paraId="370F450A" w14:textId="77777777" w:rsidR="00ED7A05" w:rsidRDefault="000A786C">
            <w:pPr>
              <w:spacing w:after="60"/>
            </w:pPr>
            <w:r>
              <w:rPr>
                <w:sz w:val="19"/>
              </w:rPr>
              <w:t>The single most common failure in a youth league is not misconduct by a coach — it is a parent confronting an official or another parent in front of children. The League should be willing to enforce Sections 2 and 4 the first time, in a calm and documented way. Codes that are never enforced teach children that rules are decorative.</w:t>
            </w:r>
          </w:p>
        </w:tc>
      </w:tr>
    </w:tbl>
    <w:p w14:paraId="08DBDF47" w14:textId="77777777" w:rsidR="00ED7A05" w:rsidRDefault="00ED7A05">
      <w:pPr>
        <w:spacing w:after="0"/>
      </w:pPr>
    </w:p>
    <w:p w14:paraId="76114A15" w14:textId="77777777" w:rsidR="00ED7A05" w:rsidRDefault="000A786C">
      <w:pPr>
        <w:keepNext/>
        <w:spacing w:before="280" w:after="60"/>
      </w:pPr>
      <w:r>
        <w:rPr>
          <w:b/>
          <w:sz w:val="22"/>
        </w:rPr>
        <w:t>Acknowledgment — Code D</w:t>
      </w:r>
    </w:p>
    <w:p w14:paraId="1053F6AD" w14:textId="77777777" w:rsidR="00ED7A05" w:rsidRDefault="000A786C">
      <w:r>
        <w:t>I have read and understand the Code of Conduct for Parents and Guardians of Cheyenne Youth Sports League, Inc. I agree to follow it at all League practices, games, tournaments, and events, and to be responsible for the conduct of family members and guests I bring. I understand that Wyoming law places on me personally the duty to report suspected child abuse or neglect. I understand that violating this Code may result in my removal from League events or activities.</w:t>
      </w:r>
    </w:p>
    <w:tbl>
      <w:tblPr>
        <w:tblStyle w:val="TableGrid"/>
        <w:tblW w:w="0" w:type="auto"/>
        <w:jc w:val="center"/>
        <w:tblLayout w:type="fixed"/>
        <w:tblLook w:val="04A0" w:firstRow="1" w:lastRow="0" w:firstColumn="1" w:lastColumn="0" w:noHBand="0" w:noVBand="1"/>
      </w:tblPr>
      <w:tblGrid>
        <w:gridCol w:w="4680"/>
        <w:gridCol w:w="4680"/>
      </w:tblGrid>
      <w:tr w:rsidR="00ED7A05" w14:paraId="27C7E01D" w14:textId="77777777">
        <w:trPr>
          <w:tblHeader/>
          <w:jc w:val="center"/>
        </w:trPr>
        <w:tc>
          <w:tcPr>
            <w:tcW w:w="4680" w:type="dxa"/>
            <w:shd w:val="clear" w:color="auto" w:fill="01696F"/>
          </w:tcPr>
          <w:p w14:paraId="002B05D2" w14:textId="77777777" w:rsidR="00ED7A05" w:rsidRDefault="000A786C">
            <w:pPr>
              <w:spacing w:before="60" w:after="60"/>
            </w:pPr>
            <w:r>
              <w:rPr>
                <w:b/>
                <w:color w:val="FFFFFF"/>
                <w:sz w:val="19"/>
              </w:rPr>
              <w:t>Parent or guardian printed name</w:t>
            </w:r>
          </w:p>
        </w:tc>
        <w:tc>
          <w:tcPr>
            <w:tcW w:w="4680" w:type="dxa"/>
            <w:shd w:val="clear" w:color="auto" w:fill="01696F"/>
          </w:tcPr>
          <w:p w14:paraId="0D8AFAE5" w14:textId="77777777" w:rsidR="00ED7A05" w:rsidRDefault="000A786C">
            <w:pPr>
              <w:spacing w:before="60" w:after="60"/>
            </w:pPr>
            <w:r>
              <w:rPr>
                <w:b/>
                <w:color w:val="FFFFFF"/>
                <w:sz w:val="19"/>
              </w:rPr>
              <w:t>Participant name(s)</w:t>
            </w:r>
          </w:p>
        </w:tc>
      </w:tr>
      <w:tr w:rsidR="00ED7A05" w14:paraId="688906FD" w14:textId="77777777">
        <w:trPr>
          <w:jc w:val="center"/>
        </w:trPr>
        <w:tc>
          <w:tcPr>
            <w:tcW w:w="4680" w:type="dxa"/>
          </w:tcPr>
          <w:p w14:paraId="39ED6DDE" w14:textId="77777777" w:rsidR="00ED7A05" w:rsidRDefault="00ED7A05">
            <w:pPr>
              <w:spacing w:before="60" w:after="60"/>
            </w:pPr>
          </w:p>
        </w:tc>
        <w:tc>
          <w:tcPr>
            <w:tcW w:w="4680" w:type="dxa"/>
          </w:tcPr>
          <w:p w14:paraId="649CA594" w14:textId="77777777" w:rsidR="00ED7A05" w:rsidRDefault="00ED7A05">
            <w:pPr>
              <w:spacing w:before="60" w:after="60"/>
            </w:pPr>
          </w:p>
        </w:tc>
      </w:tr>
    </w:tbl>
    <w:p w14:paraId="6BDE0B26" w14:textId="77777777" w:rsidR="00ED7A05" w:rsidRDefault="00ED7A05">
      <w:pPr>
        <w:spacing w:before="240" w:after="0"/>
      </w:pPr>
    </w:p>
    <w:tbl>
      <w:tblPr>
        <w:tblW w:w="0" w:type="auto"/>
        <w:tblLayout w:type="fixed"/>
        <w:tblLook w:val="04A0" w:firstRow="1" w:lastRow="0" w:firstColumn="1" w:lastColumn="0" w:noHBand="0" w:noVBand="1"/>
      </w:tblPr>
      <w:tblGrid>
        <w:gridCol w:w="6192"/>
        <w:gridCol w:w="3168"/>
      </w:tblGrid>
      <w:tr w:rsidR="00ED7A05" w14:paraId="75B208F5" w14:textId="77777777">
        <w:tc>
          <w:tcPr>
            <w:tcW w:w="6192" w:type="dxa"/>
          </w:tcPr>
          <w:p w14:paraId="405E9895" w14:textId="77777777" w:rsidR="00ED7A05" w:rsidRDefault="000A786C">
            <w:pPr>
              <w:spacing w:after="0"/>
            </w:pPr>
            <w:r>
              <w:t>______________________________________________________</w:t>
            </w:r>
          </w:p>
        </w:tc>
        <w:tc>
          <w:tcPr>
            <w:tcW w:w="3168" w:type="dxa"/>
          </w:tcPr>
          <w:p w14:paraId="081055A3" w14:textId="77777777" w:rsidR="00ED7A05" w:rsidRDefault="000A786C">
            <w:pPr>
              <w:spacing w:after="0"/>
            </w:pPr>
            <w:r>
              <w:t>__________________________</w:t>
            </w:r>
          </w:p>
        </w:tc>
      </w:tr>
      <w:tr w:rsidR="00ED7A05" w14:paraId="24C9CF99" w14:textId="77777777">
        <w:tc>
          <w:tcPr>
            <w:tcW w:w="6192" w:type="dxa"/>
          </w:tcPr>
          <w:p w14:paraId="4A0E886D" w14:textId="77777777" w:rsidR="00ED7A05" w:rsidRDefault="000A786C">
            <w:pPr>
              <w:spacing w:after="0"/>
            </w:pPr>
            <w:r>
              <w:rPr>
                <w:color w:val="5A5852"/>
                <w:sz w:val="18"/>
              </w:rPr>
              <w:t>Parent or guardian signature</w:t>
            </w:r>
          </w:p>
        </w:tc>
        <w:tc>
          <w:tcPr>
            <w:tcW w:w="3168" w:type="dxa"/>
          </w:tcPr>
          <w:p w14:paraId="2A94AD51" w14:textId="77777777" w:rsidR="00ED7A05" w:rsidRDefault="000A786C">
            <w:pPr>
              <w:spacing w:after="0"/>
            </w:pPr>
            <w:r>
              <w:rPr>
                <w:color w:val="5A5852"/>
                <w:sz w:val="18"/>
              </w:rPr>
              <w:t>Date</w:t>
            </w:r>
          </w:p>
        </w:tc>
      </w:tr>
    </w:tbl>
    <w:p w14:paraId="6D2DEBE2" w14:textId="77777777" w:rsidR="00ED7A05" w:rsidRDefault="00ED7A05">
      <w:pPr>
        <w:spacing w:after="0"/>
      </w:pPr>
    </w:p>
    <w:p w14:paraId="15BF2C00" w14:textId="77777777" w:rsidR="00ED7A05" w:rsidRDefault="000A786C">
      <w:r>
        <w:br w:type="page"/>
      </w:r>
    </w:p>
    <w:p w14:paraId="6207A8E1" w14:textId="77777777" w:rsidR="00ED7A05" w:rsidRDefault="000A786C">
      <w:pPr>
        <w:keepNext/>
        <w:pBdr>
          <w:bottom w:val="single" w:sz="6" w:space="3" w:color="C9C6BF"/>
        </w:pBdr>
        <w:spacing w:after="100"/>
      </w:pPr>
      <w:r>
        <w:rPr>
          <w:b/>
          <w:color w:val="01696F"/>
          <w:sz w:val="28"/>
        </w:rPr>
        <w:lastRenderedPageBreak/>
        <w:t>Code D — Code of Conduct for Players</w:t>
      </w:r>
    </w:p>
    <w:p w14:paraId="5AE6B85F" w14:textId="77777777" w:rsidR="00ED7A05" w:rsidRDefault="000A786C">
      <w:r>
        <w:rPr>
          <w:color w:val="5A5852"/>
          <w:sz w:val="20"/>
        </w:rPr>
        <w:t>This is your agreement with your team and your League. Read it with a parent or guardian, then sign it together.</w:t>
      </w:r>
    </w:p>
    <w:p w14:paraId="603BFF48" w14:textId="77777777" w:rsidR="00ED7A05" w:rsidRDefault="000A786C">
      <w:pPr>
        <w:keepNext/>
        <w:spacing w:before="240" w:after="60"/>
      </w:pPr>
      <w:r>
        <w:rPr>
          <w:b/>
          <w:sz w:val="22"/>
        </w:rPr>
        <w:t>1. Play hard and play fair</w:t>
      </w:r>
    </w:p>
    <w:p w14:paraId="78BD6723" w14:textId="77777777" w:rsidR="00ED7A05" w:rsidRDefault="000A786C">
      <w:pPr>
        <w:spacing w:after="80"/>
        <w:ind w:left="749" w:hanging="317"/>
      </w:pPr>
      <w:r>
        <w:rPr>
          <w:color w:val="01696F"/>
        </w:rPr>
        <w:t xml:space="preserve">•  </w:t>
      </w:r>
      <w:r>
        <w:t>Give your best effort at practices and games, whether you are starting or coming off the bench.</w:t>
      </w:r>
    </w:p>
    <w:p w14:paraId="152A9ED5" w14:textId="77777777" w:rsidR="00ED7A05" w:rsidRDefault="000A786C">
      <w:pPr>
        <w:spacing w:after="80"/>
        <w:ind w:left="749" w:hanging="317"/>
      </w:pPr>
      <w:r>
        <w:rPr>
          <w:color w:val="01696F"/>
        </w:rPr>
        <w:t xml:space="preserve">•  </w:t>
      </w:r>
      <w:r>
        <w:t>Know the rules of your sport and play by them. Never cheat, and never try to gain an advantage by breaking a rule.</w:t>
      </w:r>
    </w:p>
    <w:p w14:paraId="1F1C0143" w14:textId="77777777" w:rsidR="00ED7A05" w:rsidRDefault="000A786C">
      <w:pPr>
        <w:spacing w:after="80"/>
        <w:ind w:left="749" w:hanging="317"/>
      </w:pPr>
      <w:r>
        <w:rPr>
          <w:color w:val="01696F"/>
        </w:rPr>
        <w:t xml:space="preserve">•  </w:t>
      </w:r>
      <w:r>
        <w:t>Accept the official's decision. Do not argue, make gestures, or complain about calls.</w:t>
      </w:r>
    </w:p>
    <w:p w14:paraId="10691D71" w14:textId="77777777" w:rsidR="00ED7A05" w:rsidRDefault="000A786C">
      <w:pPr>
        <w:keepNext/>
        <w:spacing w:before="240" w:after="60"/>
      </w:pPr>
      <w:r>
        <w:rPr>
          <w:b/>
          <w:sz w:val="22"/>
        </w:rPr>
        <w:t>2. Be a good teammate</w:t>
      </w:r>
    </w:p>
    <w:p w14:paraId="2B9B3113" w14:textId="77777777" w:rsidR="00ED7A05" w:rsidRDefault="000A786C">
      <w:pPr>
        <w:spacing w:after="80"/>
        <w:ind w:left="749" w:hanging="317"/>
      </w:pPr>
      <w:r>
        <w:rPr>
          <w:color w:val="01696F"/>
        </w:rPr>
        <w:t xml:space="preserve">•  </w:t>
      </w:r>
      <w:r>
        <w:t>Encourage your teammates. Never blame a teammate for a mistake, a loss, or a bad game.</w:t>
      </w:r>
    </w:p>
    <w:p w14:paraId="7BB66224" w14:textId="77777777" w:rsidR="00ED7A05" w:rsidRDefault="000A786C">
      <w:pPr>
        <w:spacing w:after="80"/>
        <w:ind w:left="749" w:hanging="317"/>
      </w:pPr>
      <w:r>
        <w:rPr>
          <w:color w:val="01696F"/>
        </w:rPr>
        <w:t xml:space="preserve">•  </w:t>
      </w:r>
      <w:r>
        <w:t>Include everyone. Do not form groups that leave someone out.</w:t>
      </w:r>
    </w:p>
    <w:p w14:paraId="1EE000C8" w14:textId="77777777" w:rsidR="00ED7A05" w:rsidRDefault="000A786C">
      <w:pPr>
        <w:spacing w:after="80"/>
        <w:ind w:left="749" w:hanging="317"/>
      </w:pPr>
      <w:r>
        <w:rPr>
          <w:color w:val="01696F"/>
        </w:rPr>
        <w:t xml:space="preserve">•  </w:t>
      </w:r>
      <w:r>
        <w:t>Share the work — help set up and clean up equipment without being asked twice.</w:t>
      </w:r>
    </w:p>
    <w:p w14:paraId="128ABC52" w14:textId="77777777" w:rsidR="00ED7A05" w:rsidRDefault="000A786C">
      <w:pPr>
        <w:keepNext/>
        <w:spacing w:before="240" w:after="60"/>
      </w:pPr>
      <w:r>
        <w:rPr>
          <w:b/>
          <w:sz w:val="22"/>
        </w:rPr>
        <w:t>3. Respect other people</w:t>
      </w:r>
    </w:p>
    <w:p w14:paraId="6F674A16" w14:textId="77777777" w:rsidR="00ED7A05" w:rsidRDefault="000A786C">
      <w:pPr>
        <w:spacing w:after="80"/>
        <w:ind w:left="749" w:hanging="317"/>
      </w:pPr>
      <w:r>
        <w:rPr>
          <w:color w:val="01696F"/>
        </w:rPr>
        <w:t xml:space="preserve">•  </w:t>
      </w:r>
      <w:r>
        <w:t>Treat opponents, officials, coaches, and spectators with respect. Shake hands and mean it.</w:t>
      </w:r>
    </w:p>
    <w:p w14:paraId="689225F3" w14:textId="77777777" w:rsidR="00ED7A05" w:rsidRDefault="000A786C">
      <w:pPr>
        <w:spacing w:after="80"/>
        <w:ind w:left="749" w:hanging="317"/>
      </w:pPr>
      <w:r>
        <w:rPr>
          <w:color w:val="01696F"/>
        </w:rPr>
        <w:t xml:space="preserve">•  </w:t>
      </w:r>
      <w:r>
        <w:t>No trash talk, taunting, name-calling, or celebrating an opponent's mistake or injury.</w:t>
      </w:r>
    </w:p>
    <w:p w14:paraId="49C6D423" w14:textId="77777777" w:rsidR="00ED7A05" w:rsidRDefault="000A786C">
      <w:pPr>
        <w:spacing w:after="80"/>
        <w:ind w:left="749" w:hanging="317"/>
      </w:pPr>
      <w:r>
        <w:rPr>
          <w:color w:val="01696F"/>
        </w:rPr>
        <w:t xml:space="preserve">•  </w:t>
      </w:r>
      <w:r>
        <w:t>No bullying, hazing, threats, or fighting — in person or online. What you post counts.</w:t>
      </w:r>
    </w:p>
    <w:p w14:paraId="6BC51C07" w14:textId="77777777" w:rsidR="00ED7A05" w:rsidRDefault="000A786C">
      <w:pPr>
        <w:spacing w:after="80"/>
        <w:ind w:left="749" w:hanging="317"/>
      </w:pPr>
      <w:r>
        <w:rPr>
          <w:color w:val="01696F"/>
        </w:rPr>
        <w:t xml:space="preserve">•  </w:t>
      </w:r>
      <w:r>
        <w:t>No profanity or disrespectful language, including toward yourself.</w:t>
      </w:r>
    </w:p>
    <w:p w14:paraId="03D1262B" w14:textId="77777777" w:rsidR="00ED7A05" w:rsidRDefault="000A786C">
      <w:pPr>
        <w:keepNext/>
        <w:spacing w:before="240" w:after="60"/>
      </w:pPr>
      <w:r>
        <w:rPr>
          <w:b/>
          <w:sz w:val="22"/>
        </w:rPr>
        <w:t>4. Show up and be coachable</w:t>
      </w:r>
    </w:p>
    <w:p w14:paraId="09B1E936" w14:textId="77777777" w:rsidR="00ED7A05" w:rsidRDefault="000A786C">
      <w:pPr>
        <w:spacing w:after="80"/>
        <w:ind w:left="749" w:hanging="317"/>
      </w:pPr>
      <w:r>
        <w:rPr>
          <w:color w:val="01696F"/>
        </w:rPr>
        <w:t xml:space="preserve">•  </w:t>
      </w:r>
      <w:r>
        <w:t>Be on time, in uniform, with your water and equipment.</w:t>
      </w:r>
    </w:p>
    <w:p w14:paraId="094C68D4" w14:textId="77777777" w:rsidR="00ED7A05" w:rsidRDefault="000A786C">
      <w:pPr>
        <w:spacing w:after="80"/>
        <w:ind w:left="749" w:hanging="317"/>
      </w:pPr>
      <w:r>
        <w:rPr>
          <w:color w:val="01696F"/>
        </w:rPr>
        <w:t xml:space="preserve">•  </w:t>
      </w:r>
      <w:r>
        <w:t>Listen when your coach is talking, and try what they ask even when it is hard or new.</w:t>
      </w:r>
    </w:p>
    <w:p w14:paraId="535E46EF" w14:textId="77777777" w:rsidR="00ED7A05" w:rsidRDefault="000A786C">
      <w:pPr>
        <w:spacing w:after="80"/>
        <w:ind w:left="749" w:hanging="317"/>
      </w:pPr>
      <w:r>
        <w:rPr>
          <w:color w:val="01696F"/>
        </w:rPr>
        <w:t xml:space="preserve">•  </w:t>
      </w:r>
      <w:r>
        <w:t>Tell your coach in advance if you will miss a practice or game.</w:t>
      </w:r>
    </w:p>
    <w:p w14:paraId="62D42852" w14:textId="77777777" w:rsidR="00ED7A05" w:rsidRDefault="000A786C">
      <w:pPr>
        <w:spacing w:after="80"/>
        <w:ind w:left="749" w:hanging="317"/>
      </w:pPr>
      <w:r>
        <w:rPr>
          <w:color w:val="01696F"/>
        </w:rPr>
        <w:t xml:space="preserve">•  </w:t>
      </w:r>
      <w:r>
        <w:t>Ask questions. Not understanding something is normal; pretending you do is not.</w:t>
      </w:r>
    </w:p>
    <w:p w14:paraId="001BC868" w14:textId="77777777" w:rsidR="00ED7A05" w:rsidRDefault="000A786C">
      <w:pPr>
        <w:keepNext/>
        <w:spacing w:before="240" w:after="60"/>
      </w:pPr>
      <w:r>
        <w:rPr>
          <w:b/>
          <w:sz w:val="22"/>
        </w:rPr>
        <w:t>5. Take care of yourself and others</w:t>
      </w:r>
    </w:p>
    <w:p w14:paraId="44E3DF80" w14:textId="77777777" w:rsidR="00ED7A05" w:rsidRDefault="000A786C">
      <w:pPr>
        <w:spacing w:after="80"/>
        <w:ind w:left="749" w:hanging="317"/>
      </w:pPr>
      <w:r>
        <w:rPr>
          <w:color w:val="01696F"/>
        </w:rPr>
        <w:t xml:space="preserve">•  </w:t>
      </w:r>
      <w:r>
        <w:t>Tell a coach or your parent right away if you are hurt, dizzy, or hit your head. Playing hurt is not toughness.</w:t>
      </w:r>
    </w:p>
    <w:p w14:paraId="7502014C" w14:textId="77777777" w:rsidR="00ED7A05" w:rsidRDefault="000A786C">
      <w:pPr>
        <w:spacing w:after="80"/>
        <w:ind w:left="749" w:hanging="317"/>
      </w:pPr>
      <w:r>
        <w:rPr>
          <w:color w:val="01696F"/>
        </w:rPr>
        <w:t xml:space="preserve">•  </w:t>
      </w:r>
      <w:r>
        <w:t>Tell a trusted adult right away if anyone — a teammate, a coach, another adult, or anyone else — makes you feel unsafe or uncomfortable, or does something you think is wrong. You will be listened to and you will not be in trouble for telling.</w:t>
      </w:r>
    </w:p>
    <w:p w14:paraId="68F8B9FE" w14:textId="77777777" w:rsidR="00ED7A05" w:rsidRDefault="000A786C">
      <w:pPr>
        <w:spacing w:after="80"/>
        <w:ind w:left="749" w:hanging="317"/>
      </w:pPr>
      <w:r>
        <w:rPr>
          <w:color w:val="01696F"/>
        </w:rPr>
        <w:t xml:space="preserve">•  </w:t>
      </w:r>
      <w:r>
        <w:t>If you see a teammate being bullied or hurt, do not stay quiet. Tell a coach.</w:t>
      </w:r>
    </w:p>
    <w:p w14:paraId="29042901" w14:textId="77777777" w:rsidR="00ED7A05" w:rsidRDefault="000A786C">
      <w:pPr>
        <w:spacing w:after="80"/>
        <w:ind w:left="749" w:hanging="317"/>
      </w:pPr>
      <w:r>
        <w:rPr>
          <w:color w:val="01696F"/>
        </w:rPr>
        <w:t xml:space="preserve">•  </w:t>
      </w:r>
      <w:r>
        <w:t>No alcohol, tobacco, vapor products, cannabis, or drugs.</w:t>
      </w:r>
    </w:p>
    <w:p w14:paraId="1FA5DC23" w14:textId="77777777" w:rsidR="00ED7A05" w:rsidRDefault="000A786C">
      <w:pPr>
        <w:keepNext/>
        <w:spacing w:before="240" w:after="60"/>
      </w:pPr>
      <w:r>
        <w:rPr>
          <w:b/>
          <w:sz w:val="22"/>
        </w:rPr>
        <w:t>6. Respect equipment and facilities</w:t>
      </w:r>
    </w:p>
    <w:p w14:paraId="38FAFD36" w14:textId="77777777" w:rsidR="00ED7A05" w:rsidRDefault="000A786C">
      <w:pPr>
        <w:spacing w:after="80"/>
        <w:ind w:left="749" w:hanging="317"/>
      </w:pPr>
      <w:r>
        <w:rPr>
          <w:color w:val="01696F"/>
        </w:rPr>
        <w:t xml:space="preserve">•  </w:t>
      </w:r>
      <w:r>
        <w:t>Take care of your uniform and League equipment, and return borrowed equipment at the end of the season.</w:t>
      </w:r>
    </w:p>
    <w:p w14:paraId="0FD0D9EF" w14:textId="77777777" w:rsidR="00ED7A05" w:rsidRDefault="000A786C">
      <w:pPr>
        <w:spacing w:after="80"/>
        <w:ind w:left="749" w:hanging="317"/>
      </w:pPr>
      <w:r>
        <w:rPr>
          <w:color w:val="01696F"/>
        </w:rPr>
        <w:t xml:space="preserve">•  </w:t>
      </w:r>
      <w:r>
        <w:t>Leave gyms, fields, dugouts, and locker rooms cleaner than you found them.</w:t>
      </w:r>
    </w:p>
    <w:p w14:paraId="5A456D14" w14:textId="77777777" w:rsidR="00ED7A05" w:rsidRDefault="000A786C">
      <w:pPr>
        <w:spacing w:after="80"/>
        <w:ind w:left="749" w:hanging="317"/>
      </w:pPr>
      <w:r>
        <w:rPr>
          <w:color w:val="01696F"/>
        </w:rPr>
        <w:t xml:space="preserve">•  </w:t>
      </w:r>
      <w:r>
        <w:t>No damaging property or throwing equipment in anger.</w:t>
      </w:r>
    </w:p>
    <w:p w14:paraId="34768E81" w14:textId="77777777" w:rsidR="00ED7A05" w:rsidRDefault="000A786C">
      <w:pPr>
        <w:keepNext/>
        <w:spacing w:before="240" w:after="60"/>
      </w:pPr>
      <w:r>
        <w:rPr>
          <w:b/>
          <w:sz w:val="22"/>
        </w:rPr>
        <w:lastRenderedPageBreak/>
        <w:t>7. What happens if this is broken</w:t>
      </w:r>
    </w:p>
    <w:p w14:paraId="4345B677" w14:textId="77777777" w:rsidR="00ED7A05" w:rsidRDefault="000A786C">
      <w:r>
        <w:t>A coach will talk with you first. Continued problems may mean sitting out part of a game, missing a game, or missing more than one game. Serious things — fighting, bullying, threatening someone, damaging property on purpose, or anything that makes another player unsafe — can mean being removed from the team or the League. You will always be told what the problem is and given a chance to explain.</w:t>
      </w:r>
    </w:p>
    <w:p w14:paraId="6475D7A2" w14:textId="77777777" w:rsidR="00ED7A05" w:rsidRDefault="000A786C">
      <w:pPr>
        <w:keepNext/>
        <w:spacing w:before="280" w:after="60"/>
      </w:pPr>
      <w:r>
        <w:rPr>
          <w:b/>
          <w:sz w:val="22"/>
        </w:rPr>
        <w:t>Acknowledgment — Code D</w:t>
      </w:r>
    </w:p>
    <w:p w14:paraId="17DE4AFB" w14:textId="77777777" w:rsidR="00ED7A05" w:rsidRDefault="000A786C">
      <w:r>
        <w:t>I have read this Code of Conduct for Players, or had it read to me. I understand what is expected of me, and I agree to follow it as a member of Cheyenne Youth Sports League, Inc. I understand that if anyone ever makes me feel unsafe, I can tell a coach, my parent, or any adult in the League, and I will be listened to.</w:t>
      </w:r>
    </w:p>
    <w:tbl>
      <w:tblPr>
        <w:tblStyle w:val="TableGrid"/>
        <w:tblW w:w="0" w:type="auto"/>
        <w:jc w:val="center"/>
        <w:tblLayout w:type="fixed"/>
        <w:tblLook w:val="04A0" w:firstRow="1" w:lastRow="0" w:firstColumn="1" w:lastColumn="0" w:noHBand="0" w:noVBand="1"/>
      </w:tblPr>
      <w:tblGrid>
        <w:gridCol w:w="4176"/>
        <w:gridCol w:w="1296"/>
        <w:gridCol w:w="3888"/>
      </w:tblGrid>
      <w:tr w:rsidR="00ED7A05" w14:paraId="3592E07A" w14:textId="77777777">
        <w:trPr>
          <w:tblHeader/>
          <w:jc w:val="center"/>
        </w:trPr>
        <w:tc>
          <w:tcPr>
            <w:tcW w:w="4176" w:type="dxa"/>
            <w:shd w:val="clear" w:color="auto" w:fill="01696F"/>
          </w:tcPr>
          <w:p w14:paraId="45EF2C97" w14:textId="77777777" w:rsidR="00ED7A05" w:rsidRDefault="000A786C">
            <w:pPr>
              <w:spacing w:before="60" w:after="60"/>
            </w:pPr>
            <w:r>
              <w:rPr>
                <w:b/>
                <w:color w:val="FFFFFF"/>
                <w:sz w:val="19"/>
              </w:rPr>
              <w:t>Player printed name</w:t>
            </w:r>
          </w:p>
        </w:tc>
        <w:tc>
          <w:tcPr>
            <w:tcW w:w="1296" w:type="dxa"/>
            <w:shd w:val="clear" w:color="auto" w:fill="01696F"/>
          </w:tcPr>
          <w:p w14:paraId="038E798C" w14:textId="77777777" w:rsidR="00ED7A05" w:rsidRDefault="000A786C">
            <w:pPr>
              <w:spacing w:before="60" w:after="60"/>
            </w:pPr>
            <w:r>
              <w:rPr>
                <w:b/>
                <w:color w:val="FFFFFF"/>
                <w:sz w:val="19"/>
              </w:rPr>
              <w:t>Age</w:t>
            </w:r>
          </w:p>
        </w:tc>
        <w:tc>
          <w:tcPr>
            <w:tcW w:w="3888" w:type="dxa"/>
            <w:shd w:val="clear" w:color="auto" w:fill="01696F"/>
          </w:tcPr>
          <w:p w14:paraId="0BD9976D" w14:textId="77777777" w:rsidR="00ED7A05" w:rsidRDefault="000A786C">
            <w:pPr>
              <w:spacing w:before="60" w:after="60"/>
            </w:pPr>
            <w:r>
              <w:rPr>
                <w:b/>
                <w:color w:val="FFFFFF"/>
                <w:sz w:val="19"/>
              </w:rPr>
              <w:t>Team / sport</w:t>
            </w:r>
          </w:p>
        </w:tc>
      </w:tr>
      <w:tr w:rsidR="00ED7A05" w14:paraId="0CBBC580" w14:textId="77777777">
        <w:trPr>
          <w:jc w:val="center"/>
        </w:trPr>
        <w:tc>
          <w:tcPr>
            <w:tcW w:w="4176" w:type="dxa"/>
          </w:tcPr>
          <w:p w14:paraId="5EBA84C8" w14:textId="77777777" w:rsidR="00ED7A05" w:rsidRDefault="00ED7A05">
            <w:pPr>
              <w:spacing w:before="60" w:after="60"/>
            </w:pPr>
          </w:p>
        </w:tc>
        <w:tc>
          <w:tcPr>
            <w:tcW w:w="1296" w:type="dxa"/>
          </w:tcPr>
          <w:p w14:paraId="3484CC0A" w14:textId="77777777" w:rsidR="00ED7A05" w:rsidRDefault="00ED7A05">
            <w:pPr>
              <w:spacing w:before="60" w:after="60"/>
            </w:pPr>
          </w:p>
        </w:tc>
        <w:tc>
          <w:tcPr>
            <w:tcW w:w="3888" w:type="dxa"/>
          </w:tcPr>
          <w:p w14:paraId="65947E3D" w14:textId="77777777" w:rsidR="00ED7A05" w:rsidRDefault="00ED7A05">
            <w:pPr>
              <w:spacing w:before="60" w:after="60"/>
            </w:pPr>
          </w:p>
        </w:tc>
      </w:tr>
    </w:tbl>
    <w:p w14:paraId="1A948317" w14:textId="77777777" w:rsidR="00ED7A05" w:rsidRDefault="00ED7A05">
      <w:pPr>
        <w:spacing w:before="240" w:after="0"/>
      </w:pPr>
    </w:p>
    <w:tbl>
      <w:tblPr>
        <w:tblW w:w="0" w:type="auto"/>
        <w:tblLayout w:type="fixed"/>
        <w:tblLook w:val="04A0" w:firstRow="1" w:lastRow="0" w:firstColumn="1" w:lastColumn="0" w:noHBand="0" w:noVBand="1"/>
      </w:tblPr>
      <w:tblGrid>
        <w:gridCol w:w="6192"/>
        <w:gridCol w:w="3168"/>
      </w:tblGrid>
      <w:tr w:rsidR="00ED7A05" w14:paraId="160C2615" w14:textId="77777777">
        <w:tc>
          <w:tcPr>
            <w:tcW w:w="6192" w:type="dxa"/>
          </w:tcPr>
          <w:p w14:paraId="4E75B6B0" w14:textId="77777777" w:rsidR="00ED7A05" w:rsidRDefault="000A786C">
            <w:pPr>
              <w:spacing w:after="0"/>
            </w:pPr>
            <w:r>
              <w:t>______________________________________________________</w:t>
            </w:r>
          </w:p>
        </w:tc>
        <w:tc>
          <w:tcPr>
            <w:tcW w:w="3168" w:type="dxa"/>
          </w:tcPr>
          <w:p w14:paraId="14EE53A9" w14:textId="77777777" w:rsidR="00ED7A05" w:rsidRDefault="000A786C">
            <w:pPr>
              <w:spacing w:after="0"/>
            </w:pPr>
            <w:r>
              <w:t>__________________________</w:t>
            </w:r>
          </w:p>
        </w:tc>
      </w:tr>
      <w:tr w:rsidR="00ED7A05" w14:paraId="340CC3F2" w14:textId="77777777">
        <w:tc>
          <w:tcPr>
            <w:tcW w:w="6192" w:type="dxa"/>
          </w:tcPr>
          <w:p w14:paraId="6B1DA322" w14:textId="77777777" w:rsidR="00ED7A05" w:rsidRDefault="000A786C">
            <w:pPr>
              <w:spacing w:after="0"/>
            </w:pPr>
            <w:r>
              <w:rPr>
                <w:color w:val="5A5852"/>
                <w:sz w:val="18"/>
              </w:rPr>
              <w:t>Player signature</w:t>
            </w:r>
          </w:p>
        </w:tc>
        <w:tc>
          <w:tcPr>
            <w:tcW w:w="3168" w:type="dxa"/>
          </w:tcPr>
          <w:p w14:paraId="6B082F55" w14:textId="77777777" w:rsidR="00ED7A05" w:rsidRDefault="000A786C">
            <w:pPr>
              <w:spacing w:after="0"/>
            </w:pPr>
            <w:r>
              <w:rPr>
                <w:color w:val="5A5852"/>
                <w:sz w:val="18"/>
              </w:rPr>
              <w:t>Date</w:t>
            </w:r>
          </w:p>
        </w:tc>
      </w:tr>
    </w:tbl>
    <w:p w14:paraId="68C5DC53" w14:textId="77777777" w:rsidR="00ED7A05" w:rsidRDefault="00ED7A05">
      <w:pPr>
        <w:spacing w:after="0"/>
      </w:pPr>
    </w:p>
    <w:p w14:paraId="09A24BF3" w14:textId="77777777" w:rsidR="00ED7A05" w:rsidRDefault="00ED7A05">
      <w:pPr>
        <w:spacing w:before="240" w:after="0"/>
      </w:pPr>
    </w:p>
    <w:tbl>
      <w:tblPr>
        <w:tblW w:w="0" w:type="auto"/>
        <w:tblLayout w:type="fixed"/>
        <w:tblLook w:val="04A0" w:firstRow="1" w:lastRow="0" w:firstColumn="1" w:lastColumn="0" w:noHBand="0" w:noVBand="1"/>
      </w:tblPr>
      <w:tblGrid>
        <w:gridCol w:w="6192"/>
        <w:gridCol w:w="3168"/>
      </w:tblGrid>
      <w:tr w:rsidR="00ED7A05" w14:paraId="6F3884F8" w14:textId="77777777">
        <w:tc>
          <w:tcPr>
            <w:tcW w:w="6192" w:type="dxa"/>
          </w:tcPr>
          <w:p w14:paraId="32485D0E" w14:textId="77777777" w:rsidR="00ED7A05" w:rsidRDefault="000A786C">
            <w:pPr>
              <w:spacing w:after="0"/>
            </w:pPr>
            <w:r>
              <w:t>______________________________________________________</w:t>
            </w:r>
          </w:p>
        </w:tc>
        <w:tc>
          <w:tcPr>
            <w:tcW w:w="3168" w:type="dxa"/>
          </w:tcPr>
          <w:p w14:paraId="1D26A945" w14:textId="77777777" w:rsidR="00ED7A05" w:rsidRDefault="000A786C">
            <w:pPr>
              <w:spacing w:after="0"/>
            </w:pPr>
            <w:r>
              <w:t>__________________________</w:t>
            </w:r>
          </w:p>
        </w:tc>
      </w:tr>
      <w:tr w:rsidR="00ED7A05" w14:paraId="3C3E9B4F" w14:textId="77777777">
        <w:tc>
          <w:tcPr>
            <w:tcW w:w="6192" w:type="dxa"/>
          </w:tcPr>
          <w:p w14:paraId="6652142E" w14:textId="77777777" w:rsidR="00ED7A05" w:rsidRDefault="000A786C">
            <w:pPr>
              <w:spacing w:after="0"/>
            </w:pPr>
            <w:r>
              <w:rPr>
                <w:color w:val="5A5852"/>
                <w:sz w:val="18"/>
              </w:rPr>
              <w:t>Parent or guardian signature (co-signing with the player)</w:t>
            </w:r>
          </w:p>
        </w:tc>
        <w:tc>
          <w:tcPr>
            <w:tcW w:w="3168" w:type="dxa"/>
          </w:tcPr>
          <w:p w14:paraId="75DD0CBD" w14:textId="77777777" w:rsidR="00ED7A05" w:rsidRDefault="000A786C">
            <w:pPr>
              <w:spacing w:after="0"/>
            </w:pPr>
            <w:r>
              <w:rPr>
                <w:color w:val="5A5852"/>
                <w:sz w:val="18"/>
              </w:rPr>
              <w:t>Date</w:t>
            </w:r>
          </w:p>
        </w:tc>
      </w:tr>
    </w:tbl>
    <w:p w14:paraId="48D8E7DC" w14:textId="77777777" w:rsidR="00ED7A05" w:rsidRDefault="00ED7A05">
      <w:pPr>
        <w:spacing w:after="0"/>
      </w:pPr>
    </w:p>
    <w:p w14:paraId="4443CBAC" w14:textId="77777777" w:rsidR="00ED7A05" w:rsidRDefault="000A786C">
      <w:pPr>
        <w:keepNext/>
        <w:pBdr>
          <w:bottom w:val="single" w:sz="6" w:space="3" w:color="C9C6BF"/>
        </w:pBdr>
        <w:spacing w:before="320" w:after="100"/>
      </w:pPr>
      <w:r>
        <w:rPr>
          <w:b/>
          <w:color w:val="01696F"/>
          <w:sz w:val="28"/>
        </w:rPr>
        <w:t>Authority Referenced</w:t>
      </w:r>
    </w:p>
    <w:p w14:paraId="77E95CC6" w14:textId="77777777" w:rsidR="00ED7A05" w:rsidRDefault="000A786C">
      <w:pPr>
        <w:ind w:left="317" w:hanging="317"/>
      </w:pPr>
      <w:r>
        <w:rPr>
          <w:color w:val="5A5852"/>
          <w:sz w:val="17"/>
        </w:rPr>
        <w:t>•  W.S. 14-3-205, Wyoming child abuse and neglect reporting — the duty applies to "any person" who knows of or reasonably suspects abuse or neglect, and notifying a person in charge does not relieve the individual of the duty to report: https://law.justia.com/codes/wyoming/title-14/chapter-3/article-2/section-14-3-205/</w:t>
      </w:r>
    </w:p>
    <w:sectPr w:rsidR="00ED7A05"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E6DAD" w14:textId="77777777" w:rsidR="000A786C" w:rsidRDefault="000A786C">
      <w:pPr>
        <w:spacing w:after="0" w:line="240" w:lineRule="auto"/>
      </w:pPr>
      <w:r>
        <w:separator/>
      </w:r>
    </w:p>
  </w:endnote>
  <w:endnote w:type="continuationSeparator" w:id="0">
    <w:p w14:paraId="0409D195" w14:textId="77777777" w:rsidR="000A786C" w:rsidRDefault="000A7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571C" w14:textId="77777777" w:rsidR="00ED7A05" w:rsidRDefault="000A786C">
    <w:pPr>
      <w:pStyle w:val="Footer"/>
      <w:jc w:val="center"/>
    </w:pPr>
    <w:r>
      <w:rPr>
        <w:color w:val="5A5852"/>
        <w:sz w:val="16"/>
      </w:rPr>
      <w:t xml:space="preserve">Codes of Conduct — Cheyenne Youth Sports League, Inc.   •   Page </w:t>
    </w:r>
    <w:r>
      <w:fldChar w:fldCharType="begin"/>
    </w:r>
    <w:r>
      <w:instrText>PAGE</w:instrText>
    </w:r>
    <w:r>
      <w:fldChar w:fldCharType="separate"/>
    </w:r>
    <w:r w:rsidR="00884002">
      <w:rPr>
        <w:noProof/>
      </w:rPr>
      <w:t>1</w:t>
    </w:r>
    <w:r>
      <w:fldChar w:fldCharType="end"/>
    </w:r>
    <w:r>
      <w:rPr>
        <w:color w:val="5A5852"/>
        <w:sz w:val="16"/>
      </w:rPr>
      <w:t xml:space="preserve"> of </w:t>
    </w:r>
    <w:r>
      <w:fldChar w:fldCharType="begin"/>
    </w:r>
    <w:r>
      <w:instrText>NUMPAGES</w:instrText>
    </w:r>
    <w:r>
      <w:fldChar w:fldCharType="separate"/>
    </w:r>
    <w:r w:rsidR="008840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7472B" w14:textId="77777777" w:rsidR="000A786C" w:rsidRDefault="000A786C">
      <w:pPr>
        <w:spacing w:after="0" w:line="240" w:lineRule="auto"/>
      </w:pPr>
      <w:r>
        <w:separator/>
      </w:r>
    </w:p>
  </w:footnote>
  <w:footnote w:type="continuationSeparator" w:id="0">
    <w:p w14:paraId="5BB51C06" w14:textId="77777777" w:rsidR="000A786C" w:rsidRDefault="000A7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1730666">
    <w:abstractNumId w:val="8"/>
  </w:num>
  <w:num w:numId="2" w16cid:durableId="164637997">
    <w:abstractNumId w:val="6"/>
  </w:num>
  <w:num w:numId="3" w16cid:durableId="199124250">
    <w:abstractNumId w:val="5"/>
  </w:num>
  <w:num w:numId="4" w16cid:durableId="2131318664">
    <w:abstractNumId w:val="4"/>
  </w:num>
  <w:num w:numId="5" w16cid:durableId="1223521855">
    <w:abstractNumId w:val="7"/>
  </w:num>
  <w:num w:numId="6" w16cid:durableId="1024938970">
    <w:abstractNumId w:val="3"/>
  </w:num>
  <w:num w:numId="7" w16cid:durableId="1165710452">
    <w:abstractNumId w:val="2"/>
  </w:num>
  <w:num w:numId="8" w16cid:durableId="970282579">
    <w:abstractNumId w:val="1"/>
  </w:num>
  <w:num w:numId="9" w16cid:durableId="343750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86C"/>
    <w:rsid w:val="0015074B"/>
    <w:rsid w:val="0015720B"/>
    <w:rsid w:val="0029639D"/>
    <w:rsid w:val="00326F90"/>
    <w:rsid w:val="00884002"/>
    <w:rsid w:val="00AA1D8D"/>
    <w:rsid w:val="00B47730"/>
    <w:rsid w:val="00CB0664"/>
    <w:rsid w:val="00ED7A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A3AB78"/>
  <w14:defaultImageDpi w14:val="300"/>
  <w15:docId w15:val="{6D59B5FF-1333-4004-A5C7-C42D8C9D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3265</Words>
  <Characters>18612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2026-09-18T17:50:00Z</dcterms:created>
  <dcterms:modified xsi:type="dcterms:W3CDTF">2026-09-18T17:50:00Z</dcterms:modified>
  <cp:category/>
</cp:coreProperties>
</file>