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9BA9A" w14:textId="77777777" w:rsidR="00647165" w:rsidRDefault="006D5947">
      <w:pPr>
        <w:spacing w:after="40"/>
      </w:pPr>
      <w:r>
        <w:rPr>
          <w:b/>
          <w:color w:val="5A5852"/>
          <w:sz w:val="23"/>
        </w:rPr>
        <w:t>CHEYENNE YOUTH SPORTS LEAGUE, INC.</w:t>
      </w:r>
    </w:p>
    <w:p w14:paraId="6AC8688E" w14:textId="77777777" w:rsidR="00647165" w:rsidRDefault="006D5947">
      <w:pPr>
        <w:spacing w:after="60"/>
      </w:pPr>
      <w:r>
        <w:rPr>
          <w:b/>
          <w:color w:val="01696F"/>
          <w:sz w:val="48"/>
        </w:rPr>
        <w:t>Conflict-of-Interest Policy</w:t>
      </w:r>
    </w:p>
    <w:p w14:paraId="255FFBC9" w14:textId="77777777" w:rsidR="00647165" w:rsidRDefault="006D5947">
      <w:r>
        <w:rPr>
          <w:color w:val="5A5852"/>
          <w:sz w:val="23"/>
        </w:rPr>
        <w:t>and Annual Disclosure Statement</w:t>
      </w:r>
    </w:p>
    <w:p w14:paraId="6E4B0C95" w14:textId="77777777" w:rsidR="00647165" w:rsidRDefault="006D5947">
      <w:pPr>
        <w:spacing w:after="280"/>
      </w:pPr>
      <w:r>
        <w:rPr>
          <w:color w:val="5A5852"/>
          <w:sz w:val="18"/>
        </w:rPr>
        <w:t>Adopted by the Board of Directors on ______________, 2026  •  Draft prepared September 18, 2026</w:t>
      </w:r>
    </w:p>
    <w:p w14:paraId="502EA3AB" w14:textId="77777777" w:rsidR="00647165" w:rsidRDefault="00647165">
      <w:pPr>
        <w:spacing w:after="0"/>
      </w:pPr>
    </w:p>
    <w:tbl>
      <w:tblPr>
        <w:tblStyle w:val="TableGrid"/>
        <w:tblW w:w="0" w:type="auto"/>
        <w:tblLayout w:type="fixed"/>
        <w:tblLook w:val="04A0" w:firstRow="1" w:lastRow="0" w:firstColumn="1" w:lastColumn="0" w:noHBand="0" w:noVBand="1"/>
      </w:tblPr>
      <w:tblGrid>
        <w:gridCol w:w="9360"/>
      </w:tblGrid>
      <w:tr w:rsidR="00647165" w14:paraId="6213F6C6" w14:textId="77777777">
        <w:tc>
          <w:tcPr>
            <w:tcW w:w="9360" w:type="dxa"/>
            <w:shd w:val="clear" w:color="auto" w:fill="FBF3E8"/>
          </w:tcPr>
          <w:p w14:paraId="2849B48F" w14:textId="77777777" w:rsidR="00647165" w:rsidRDefault="006D5947">
            <w:pPr>
              <w:spacing w:after="40"/>
            </w:pPr>
            <w:r>
              <w:rPr>
                <w:b/>
                <w:color w:val="964219"/>
                <w:sz w:val="19"/>
              </w:rPr>
              <w:t>How to use this document</w:t>
            </w:r>
          </w:p>
          <w:p w14:paraId="2EA098D5" w14:textId="77777777" w:rsidR="00647165" w:rsidRDefault="006D5947">
            <w:pPr>
              <w:spacing w:after="60"/>
            </w:pPr>
            <w:r>
              <w:rPr>
                <w:sz w:val="19"/>
              </w:rPr>
              <w:t>Part One is the policy the Board adopts once. Part Two is the annual disclosure statement every director, officer, coach, and committee member completes each year and whenever something changes. Part Three is the transaction record the Secretary completes at the meeting where a conflicted matter is decided — this is the part most small boards skip, and it is the part the IRS and any future auditor will ask to see. Signed statements and transaction records are retained permanently by the Secretary.</w:t>
            </w:r>
          </w:p>
        </w:tc>
      </w:tr>
    </w:tbl>
    <w:p w14:paraId="32EEEA24" w14:textId="77777777" w:rsidR="00647165" w:rsidRDefault="00647165">
      <w:pPr>
        <w:spacing w:after="0"/>
      </w:pPr>
    </w:p>
    <w:p w14:paraId="12992340" w14:textId="77777777" w:rsidR="00647165" w:rsidRDefault="006D5947">
      <w:pPr>
        <w:keepNext/>
        <w:pBdr>
          <w:bottom w:val="single" w:sz="6" w:space="3" w:color="C9C6BF"/>
        </w:pBdr>
        <w:spacing w:before="320" w:after="100"/>
      </w:pPr>
      <w:r>
        <w:rPr>
          <w:b/>
          <w:color w:val="01696F"/>
          <w:sz w:val="28"/>
        </w:rPr>
        <w:t>Part One — Policy</w:t>
      </w:r>
    </w:p>
    <w:p w14:paraId="17E9FC42" w14:textId="77777777" w:rsidR="00647165" w:rsidRDefault="006D5947">
      <w:pPr>
        <w:keepNext/>
        <w:spacing w:before="240" w:after="60"/>
      </w:pPr>
      <w:r>
        <w:rPr>
          <w:b/>
          <w:sz w:val="22"/>
        </w:rPr>
        <w:t>1. Purpose</w:t>
      </w:r>
    </w:p>
    <w:p w14:paraId="067F37B0" w14:textId="77777777" w:rsidR="00647165" w:rsidRDefault="006D5947">
      <w:r>
        <w:t>This policy protects the interests of Cheyenne Youth Sports League, Inc. when it considers a transaction or arrangement that might benefit the private interest of a director, officer, or other interested person, or might result in an excess benefit transaction. It supplements, and does not replace, applicable Wyoming law governing conflicting-interest transactions of nonprofit corporations.</w:t>
      </w:r>
    </w:p>
    <w:p w14:paraId="598807E5" w14:textId="77777777" w:rsidR="00647165" w:rsidRDefault="006D5947">
      <w:pPr>
        <w:keepNext/>
        <w:spacing w:before="240" w:after="60"/>
      </w:pPr>
      <w:r>
        <w:rPr>
          <w:b/>
          <w:sz w:val="22"/>
        </w:rPr>
        <w:t>2. Who is covered</w:t>
      </w:r>
    </w:p>
    <w:p w14:paraId="52A3B56E" w14:textId="77777777" w:rsidR="00647165" w:rsidRDefault="006D5947">
      <w:r>
        <w:t>Every director, officer, committee member with board-delegated powers, employee, coach, and adult volunteer with purchasing, fundraising, or roster authority is an "interested person" for purposes of this policy.</w:t>
      </w:r>
    </w:p>
    <w:p w14:paraId="6D74239C" w14:textId="77777777" w:rsidR="00647165" w:rsidRDefault="006D5947">
      <w:pPr>
        <w:keepNext/>
        <w:spacing w:before="240" w:after="60"/>
      </w:pPr>
      <w:r>
        <w:rPr>
          <w:b/>
          <w:sz w:val="22"/>
        </w:rPr>
        <w:t>3. What is a financial interest</w:t>
      </w:r>
    </w:p>
    <w:p w14:paraId="1B871208" w14:textId="77777777" w:rsidR="00647165" w:rsidRDefault="006D5947">
      <w:r>
        <w:t>An interested person has a financial interest if, directly or through a business, investment, or family member, the person has:</w:t>
      </w:r>
    </w:p>
    <w:p w14:paraId="27CB8836" w14:textId="77777777" w:rsidR="00647165" w:rsidRDefault="006D5947">
      <w:pPr>
        <w:spacing w:after="80"/>
        <w:ind w:left="792" w:hanging="360"/>
      </w:pPr>
      <w:r>
        <w:rPr>
          <w:b/>
          <w:color w:val="01696F"/>
        </w:rPr>
        <w:t xml:space="preserve">1.  </w:t>
      </w:r>
      <w:r>
        <w:t>An ownership or investment interest in any entity with which the League has a transaction or arrangement;</w:t>
      </w:r>
    </w:p>
    <w:p w14:paraId="46354826" w14:textId="77777777" w:rsidR="00647165" w:rsidRDefault="006D5947">
      <w:pPr>
        <w:spacing w:after="80"/>
        <w:ind w:left="792" w:hanging="360"/>
      </w:pPr>
      <w:r>
        <w:rPr>
          <w:b/>
          <w:color w:val="01696F"/>
        </w:rPr>
        <w:t xml:space="preserve">2.  </w:t>
      </w:r>
      <w:r>
        <w:t>A compensation arrangement with the League or with any entity or individual with which the League has a transaction or arrangement; or</w:t>
      </w:r>
    </w:p>
    <w:p w14:paraId="051DAD0E" w14:textId="77777777" w:rsidR="00647165" w:rsidRDefault="006D5947">
      <w:pPr>
        <w:spacing w:after="80"/>
        <w:ind w:left="792" w:hanging="360"/>
      </w:pPr>
      <w:r>
        <w:rPr>
          <w:b/>
          <w:color w:val="01696F"/>
        </w:rPr>
        <w:t xml:space="preserve">3.  </w:t>
      </w:r>
      <w:r>
        <w:t>A potential ownership, investment, or compensation interest in any entity or individual with which the League is negotiating a transaction or arrangement.</w:t>
      </w:r>
    </w:p>
    <w:p w14:paraId="5E849DFE" w14:textId="77777777" w:rsidR="00647165" w:rsidRDefault="006D5947">
      <w:r>
        <w:t>"Compensation" includes direct and indirect remuneration as well as gifts or favors that are not insubstantial. "Family member" includes a spouse or domestic partner, parent, child, sibling, grandparent, grandchild, and the spouse of any of them.</w:t>
      </w:r>
    </w:p>
    <w:p w14:paraId="20AE040C" w14:textId="77777777" w:rsidR="00647165" w:rsidRDefault="006D5947">
      <w:r>
        <w:t>A financial interest is not necessarily a conflict of interest. A conflict exists only after the disinterested directors determine under Section 5 that one exists.</w:t>
      </w:r>
    </w:p>
    <w:p w14:paraId="4EDE13FB" w14:textId="77777777" w:rsidR="00647165" w:rsidRDefault="006D5947">
      <w:pPr>
        <w:keepNext/>
        <w:spacing w:before="240" w:after="60"/>
      </w:pPr>
      <w:r>
        <w:rPr>
          <w:b/>
          <w:sz w:val="22"/>
        </w:rPr>
        <w:lastRenderedPageBreak/>
        <w:t>4. Non-financial and positional conflicts</w:t>
      </w:r>
    </w:p>
    <w:p w14:paraId="38B152EF" w14:textId="77777777" w:rsidR="00647165" w:rsidRDefault="006D5947">
      <w:r>
        <w:t>The following are treated as conflicts requiring disclosure and recusal under this policy even where no money changes hands, because in a youth league these are where conflicts actually arise:</w:t>
      </w:r>
    </w:p>
    <w:p w14:paraId="05C770FF" w14:textId="77777777" w:rsidR="00647165" w:rsidRDefault="006D5947">
      <w:pPr>
        <w:spacing w:after="80"/>
        <w:ind w:left="749" w:hanging="317"/>
      </w:pPr>
      <w:r>
        <w:rPr>
          <w:color w:val="01696F"/>
        </w:rPr>
        <w:t xml:space="preserve">•  </w:t>
      </w:r>
      <w:r>
        <w:t>Decisions about the team placement, roster, playing time, position, or discipline of the interested person’s own child or family member.</w:t>
      </w:r>
    </w:p>
    <w:p w14:paraId="4F4695C4" w14:textId="77777777" w:rsidR="00647165" w:rsidRDefault="006D5947">
      <w:pPr>
        <w:spacing w:after="80"/>
        <w:ind w:left="749" w:hanging="317"/>
      </w:pPr>
      <w:r>
        <w:rPr>
          <w:color w:val="01696F"/>
        </w:rPr>
        <w:t xml:space="preserve">•  </w:t>
      </w:r>
      <w:r>
        <w:t>Decisions about a scholarship or fee-assistance award to the interested person’s own child or family member.</w:t>
      </w:r>
    </w:p>
    <w:p w14:paraId="61EC63B5" w14:textId="77777777" w:rsidR="00647165" w:rsidRDefault="006D5947">
      <w:pPr>
        <w:spacing w:after="80"/>
        <w:ind w:left="749" w:hanging="317"/>
      </w:pPr>
      <w:r>
        <w:rPr>
          <w:color w:val="01696F"/>
        </w:rPr>
        <w:t xml:space="preserve">•  </w:t>
      </w:r>
      <w:r>
        <w:t>Selection, evaluation, discipline, or removal of a coach who is the interested person, or who is a family member, business partner, employer, or employee of the interested person.</w:t>
      </w:r>
    </w:p>
    <w:p w14:paraId="44B9F8FC" w14:textId="77777777" w:rsidR="00647165" w:rsidRDefault="006D5947">
      <w:pPr>
        <w:spacing w:after="80"/>
        <w:ind w:left="749" w:hanging="317"/>
      </w:pPr>
      <w:r>
        <w:rPr>
          <w:color w:val="01696F"/>
        </w:rPr>
        <w:t xml:space="preserve">•  </w:t>
      </w:r>
      <w:r>
        <w:t>Decisions on a complaint filed by, or against, the interested person or a family member.</w:t>
      </w:r>
    </w:p>
    <w:p w14:paraId="2D91BA68" w14:textId="77777777" w:rsidR="00647165" w:rsidRDefault="006D5947">
      <w:pPr>
        <w:spacing w:after="80"/>
        <w:ind w:left="749" w:hanging="317"/>
      </w:pPr>
      <w:r>
        <w:rPr>
          <w:color w:val="01696F"/>
        </w:rPr>
        <w:t xml:space="preserve">•  </w:t>
      </w:r>
      <w:r>
        <w:t>Service by the interested person as a director, officer, or employee of another youth sports organization competing for the same participants, facilities, or sponsors.</w:t>
      </w:r>
    </w:p>
    <w:p w14:paraId="4AA8FFF9" w14:textId="77777777" w:rsidR="00647165" w:rsidRDefault="006D5947">
      <w:pPr>
        <w:keepNext/>
        <w:spacing w:before="240" w:after="60"/>
      </w:pPr>
      <w:r>
        <w:rPr>
          <w:b/>
          <w:sz w:val="22"/>
        </w:rPr>
        <w:t>5. Procedure</w:t>
      </w:r>
    </w:p>
    <w:p w14:paraId="5070C547" w14:textId="77777777" w:rsidR="00647165" w:rsidRDefault="006D5947">
      <w:pPr>
        <w:spacing w:after="80"/>
        <w:ind w:left="792" w:hanging="360"/>
      </w:pPr>
      <w:r>
        <w:rPr>
          <w:b/>
          <w:color w:val="01696F"/>
        </w:rPr>
        <w:t xml:space="preserve">1.  </w:t>
      </w:r>
      <w:r>
        <w:t>Duty to disclose. An interested person shall disclose the existence and material facts of any actual, potential, or perceived conflict to the Board, or to the committee considering the matter, as soon as the person becomes aware of it and before the matter is discussed.</w:t>
      </w:r>
    </w:p>
    <w:p w14:paraId="114D1C1F" w14:textId="77777777" w:rsidR="00647165" w:rsidRDefault="006D5947">
      <w:pPr>
        <w:spacing w:after="80"/>
        <w:ind w:left="792" w:hanging="360"/>
      </w:pPr>
      <w:r>
        <w:rPr>
          <w:b/>
          <w:color w:val="01696F"/>
        </w:rPr>
        <w:t xml:space="preserve">2.  </w:t>
      </w:r>
      <w:r>
        <w:t>Opportunity to be heard. After disclosure, the interested person may present information and answer questions, and shall then leave the meeting for the remainder of the discussion and the vote.</w:t>
      </w:r>
    </w:p>
    <w:p w14:paraId="563C973E" w14:textId="77777777" w:rsidR="00647165" w:rsidRDefault="006D5947">
      <w:pPr>
        <w:spacing w:after="80"/>
        <w:ind w:left="792" w:hanging="360"/>
      </w:pPr>
      <w:r>
        <w:rPr>
          <w:b/>
          <w:color w:val="01696F"/>
        </w:rPr>
        <w:t xml:space="preserve">3.  </w:t>
      </w:r>
      <w:r>
        <w:t>Determination. The disinterested directors shall decide whether a conflict of interest exists.</w:t>
      </w:r>
    </w:p>
    <w:p w14:paraId="6D831863" w14:textId="77777777" w:rsidR="00647165" w:rsidRDefault="006D5947">
      <w:pPr>
        <w:spacing w:after="80"/>
        <w:ind w:left="792" w:hanging="360"/>
      </w:pPr>
      <w:r>
        <w:rPr>
          <w:b/>
          <w:color w:val="01696F"/>
        </w:rPr>
        <w:t xml:space="preserve">4.  </w:t>
      </w:r>
      <w:r>
        <w:t>Alternatives. Where a conflict exists, the disinterested directors shall determine whether the League can obtain a more advantageous transaction or arrangement from a person or entity that would not give rise to a conflict, with reasonable effort under the circumstances.</w:t>
      </w:r>
    </w:p>
    <w:p w14:paraId="594B7943" w14:textId="77777777" w:rsidR="00647165" w:rsidRDefault="006D5947">
      <w:pPr>
        <w:spacing w:after="80"/>
        <w:ind w:left="792" w:hanging="360"/>
      </w:pPr>
      <w:r>
        <w:rPr>
          <w:b/>
          <w:color w:val="01696F"/>
        </w:rPr>
        <w:t xml:space="preserve">5.  </w:t>
      </w:r>
      <w:r>
        <w:t>Decision. The disinterested directors shall determine by a majority vote of those present whether the transaction or arrangement is in the League’s best interest and for its own benefit, and whether it is fair and reasonable. Only after that determination may the League enter into the transaction or arrangement.</w:t>
      </w:r>
    </w:p>
    <w:p w14:paraId="3F77DD60" w14:textId="77777777" w:rsidR="00647165" w:rsidRDefault="006D5947">
      <w:pPr>
        <w:spacing w:after="80"/>
        <w:ind w:left="792" w:hanging="360"/>
      </w:pPr>
      <w:r>
        <w:rPr>
          <w:b/>
          <w:color w:val="01696F"/>
        </w:rPr>
        <w:t xml:space="preserve">6.  </w:t>
      </w:r>
      <w:r>
        <w:t>Quorum. The interested person shall not vote and shall not be counted in determining the presence of a quorum for the vote on that matter.</w:t>
      </w:r>
    </w:p>
    <w:p w14:paraId="74748423" w14:textId="77777777" w:rsidR="00647165" w:rsidRDefault="006D5947">
      <w:pPr>
        <w:spacing w:after="80"/>
        <w:ind w:left="792" w:hanging="360"/>
      </w:pPr>
      <w:r>
        <w:rPr>
          <w:b/>
          <w:color w:val="01696F"/>
        </w:rPr>
        <w:t xml:space="preserve">7.  </w:t>
      </w:r>
      <w:r>
        <w:t>Compensation. A voting member who receives compensation, directly or indirectly, from the League for services may not vote on any matter concerning that member’s compensation, and shall not be present for the discussion or vote.</w:t>
      </w:r>
    </w:p>
    <w:p w14:paraId="34FE31DF" w14:textId="77777777" w:rsidR="00647165" w:rsidRDefault="006D5947">
      <w:pPr>
        <w:keepNext/>
        <w:spacing w:before="240" w:after="60"/>
      </w:pPr>
      <w:r>
        <w:rPr>
          <w:b/>
          <w:sz w:val="22"/>
        </w:rPr>
        <w:t>6. Records of proceedings</w:t>
      </w:r>
    </w:p>
    <w:p w14:paraId="16CBF4EE" w14:textId="77777777" w:rsidR="00647165" w:rsidRDefault="006D5947">
      <w:r>
        <w:t>The minutes of any meeting at which a conflicted matter is considered shall record the names of the persons who disclosed or were found to have a financial or positional interest; the nature of the interest; any action taken to determine whether a conflict existed and the Board’s decision on that question; the names of the persons present for the discussion and the vote; the content of the discussion, including any alternatives considered; and the vote taken, including the recusal. Part Three of this docume</w:t>
      </w:r>
      <w:r>
        <w:t>nt may be completed and attached to the minutes to satisfy this requirement.</w:t>
      </w:r>
    </w:p>
    <w:p w14:paraId="29801BCA" w14:textId="77777777" w:rsidR="00647165" w:rsidRDefault="006D5947">
      <w:pPr>
        <w:keepNext/>
        <w:spacing w:before="240" w:after="60"/>
      </w:pPr>
      <w:r>
        <w:rPr>
          <w:b/>
          <w:sz w:val="22"/>
        </w:rPr>
        <w:lastRenderedPageBreak/>
        <w:t>7. Annual statements and violations</w:t>
      </w:r>
    </w:p>
    <w:p w14:paraId="32B6D93E" w14:textId="77777777" w:rsidR="00647165" w:rsidRDefault="006D5947">
      <w:pPr>
        <w:spacing w:after="80"/>
        <w:ind w:left="792" w:hanging="360"/>
      </w:pPr>
      <w:r>
        <w:rPr>
          <w:b/>
          <w:color w:val="01696F"/>
        </w:rPr>
        <w:t xml:space="preserve">1.  </w:t>
      </w:r>
      <w:r>
        <w:t>Each interested person shall sign the disclosure statement in Part Two upon appointment or hire, annually thereafter, and within thirty days after any change that makes a prior statement inaccurate.</w:t>
      </w:r>
    </w:p>
    <w:p w14:paraId="2BB8F697" w14:textId="77777777" w:rsidR="00647165" w:rsidRDefault="006D5947">
      <w:pPr>
        <w:spacing w:after="80"/>
        <w:ind w:left="792" w:hanging="360"/>
      </w:pPr>
      <w:r>
        <w:rPr>
          <w:b/>
          <w:color w:val="01696F"/>
        </w:rPr>
        <w:t xml:space="preserve">2.  </w:t>
      </w:r>
      <w:r>
        <w:t>If the Board has reasonable cause to believe a person has failed to disclose an actual or possible conflict, it shall inform the person of the basis for that belief and give the person an opportunity to explain the alleged failure.</w:t>
      </w:r>
    </w:p>
    <w:p w14:paraId="71D8DB3D" w14:textId="77777777" w:rsidR="00647165" w:rsidRDefault="006D5947">
      <w:pPr>
        <w:spacing w:after="80"/>
        <w:ind w:left="792" w:hanging="360"/>
      </w:pPr>
      <w:r>
        <w:rPr>
          <w:b/>
          <w:color w:val="01696F"/>
        </w:rPr>
        <w:t xml:space="preserve">3.  </w:t>
      </w:r>
      <w:r>
        <w:t>If, after hearing the response and making any further investigation warranted, the Board determines the person failed to disclose an actual or possible conflict, it shall take appropriate disciplinary and corrective action, which may include voiding the transaction where permitted, requiring restitution, and removal from office or position under the Bylaws.</w:t>
      </w:r>
    </w:p>
    <w:p w14:paraId="275FB1F1" w14:textId="77777777" w:rsidR="00647165" w:rsidRDefault="006D5947">
      <w:pPr>
        <w:keepNext/>
        <w:spacing w:before="240" w:after="60"/>
      </w:pPr>
      <w:r>
        <w:rPr>
          <w:b/>
          <w:sz w:val="22"/>
        </w:rPr>
        <w:t>8. Gifts and outside benefits</w:t>
      </w:r>
    </w:p>
    <w:p w14:paraId="1D3A2AEB" w14:textId="77777777" w:rsidR="00647165" w:rsidRDefault="006D5947">
      <w:r>
        <w:t>No interested person shall accept from a vendor, sponsor, contractor, or family of a participant any gift, discount, service, entertainment, or favor of more than nominal value that is offered because of the person’s position with the League. Gifts of nominal value shall be disclosed if accepted. Nothing in this section prevents the League itself from accepting a sponsorship or in-kind donation under the Board’s sponsorship policy.</w:t>
      </w:r>
    </w:p>
    <w:p w14:paraId="5B8D2DF8" w14:textId="77777777" w:rsidR="00647165" w:rsidRDefault="006D5947">
      <w:r>
        <w:br w:type="page"/>
      </w:r>
    </w:p>
    <w:p w14:paraId="52297090" w14:textId="77777777" w:rsidR="00647165" w:rsidRDefault="006D5947">
      <w:pPr>
        <w:keepNext/>
        <w:pBdr>
          <w:bottom w:val="single" w:sz="6" w:space="3" w:color="C9C6BF"/>
        </w:pBdr>
        <w:spacing w:after="100"/>
      </w:pPr>
      <w:r>
        <w:rPr>
          <w:b/>
          <w:color w:val="01696F"/>
          <w:sz w:val="28"/>
        </w:rPr>
        <w:lastRenderedPageBreak/>
        <w:t>Part Two — Annual Disclosure Statement</w:t>
      </w:r>
    </w:p>
    <w:tbl>
      <w:tblPr>
        <w:tblStyle w:val="TableGrid"/>
        <w:tblW w:w="0" w:type="auto"/>
        <w:jc w:val="center"/>
        <w:tblLayout w:type="fixed"/>
        <w:tblLook w:val="04A0" w:firstRow="1" w:lastRow="0" w:firstColumn="1" w:lastColumn="0" w:noHBand="0" w:noVBand="1"/>
      </w:tblPr>
      <w:tblGrid>
        <w:gridCol w:w="3744"/>
        <w:gridCol w:w="5616"/>
      </w:tblGrid>
      <w:tr w:rsidR="00647165" w14:paraId="6EADD964" w14:textId="77777777">
        <w:trPr>
          <w:jc w:val="center"/>
        </w:trPr>
        <w:tc>
          <w:tcPr>
            <w:tcW w:w="3744" w:type="dxa"/>
            <w:shd w:val="clear" w:color="auto" w:fill="F4F3EF"/>
          </w:tcPr>
          <w:p w14:paraId="1AD02C9E" w14:textId="77777777" w:rsidR="00647165" w:rsidRDefault="006D5947">
            <w:pPr>
              <w:spacing w:before="60" w:after="60"/>
            </w:pPr>
            <w:r>
              <w:rPr>
                <w:sz w:val="19"/>
              </w:rPr>
              <w:t>Name</w:t>
            </w:r>
          </w:p>
        </w:tc>
        <w:tc>
          <w:tcPr>
            <w:tcW w:w="5616" w:type="dxa"/>
            <w:shd w:val="clear" w:color="auto" w:fill="F4F3EF"/>
          </w:tcPr>
          <w:p w14:paraId="3F4C56E1" w14:textId="77777777" w:rsidR="00647165" w:rsidRDefault="00647165">
            <w:pPr>
              <w:spacing w:before="60" w:after="60"/>
            </w:pPr>
          </w:p>
        </w:tc>
      </w:tr>
      <w:tr w:rsidR="00647165" w14:paraId="00C9D3EE" w14:textId="77777777">
        <w:trPr>
          <w:jc w:val="center"/>
        </w:trPr>
        <w:tc>
          <w:tcPr>
            <w:tcW w:w="3744" w:type="dxa"/>
          </w:tcPr>
          <w:p w14:paraId="1E79C180" w14:textId="77777777" w:rsidR="00647165" w:rsidRDefault="006D5947">
            <w:pPr>
              <w:spacing w:before="60" w:after="60"/>
            </w:pPr>
            <w:r>
              <w:rPr>
                <w:sz w:val="19"/>
              </w:rPr>
              <w:t>Position or role with the League</w:t>
            </w:r>
          </w:p>
        </w:tc>
        <w:tc>
          <w:tcPr>
            <w:tcW w:w="5616" w:type="dxa"/>
          </w:tcPr>
          <w:p w14:paraId="4000FBD4" w14:textId="77777777" w:rsidR="00647165" w:rsidRDefault="00647165">
            <w:pPr>
              <w:spacing w:before="60" w:after="60"/>
            </w:pPr>
          </w:p>
        </w:tc>
      </w:tr>
      <w:tr w:rsidR="00647165" w14:paraId="7D97C4C3" w14:textId="77777777">
        <w:trPr>
          <w:jc w:val="center"/>
        </w:trPr>
        <w:tc>
          <w:tcPr>
            <w:tcW w:w="3744" w:type="dxa"/>
            <w:shd w:val="clear" w:color="auto" w:fill="F4F3EF"/>
          </w:tcPr>
          <w:p w14:paraId="59D3F1C1" w14:textId="77777777" w:rsidR="00647165" w:rsidRDefault="006D5947">
            <w:pPr>
              <w:spacing w:before="60" w:after="60"/>
            </w:pPr>
            <w:r>
              <w:rPr>
                <w:sz w:val="19"/>
              </w:rPr>
              <w:t>Calendar year covered</w:t>
            </w:r>
          </w:p>
        </w:tc>
        <w:tc>
          <w:tcPr>
            <w:tcW w:w="5616" w:type="dxa"/>
            <w:shd w:val="clear" w:color="auto" w:fill="F4F3EF"/>
          </w:tcPr>
          <w:p w14:paraId="32EE5DF8" w14:textId="77777777" w:rsidR="00647165" w:rsidRDefault="00647165">
            <w:pPr>
              <w:spacing w:before="60" w:after="60"/>
            </w:pPr>
          </w:p>
        </w:tc>
      </w:tr>
    </w:tbl>
    <w:p w14:paraId="42646C98" w14:textId="77777777" w:rsidR="00647165" w:rsidRDefault="006D5947">
      <w:r>
        <w:rPr>
          <w:color w:val="5A5852"/>
          <w:sz w:val="20"/>
        </w:rPr>
        <w:t>Answer each question. If you answer Yes, describe the facts in the space provided or on an attached sheet. Answering Yes does not disqualify you from service — it allows the Board to handle the matter correctly.</w:t>
      </w:r>
    </w:p>
    <w:tbl>
      <w:tblPr>
        <w:tblStyle w:val="TableGrid"/>
        <w:tblW w:w="0" w:type="auto"/>
        <w:jc w:val="center"/>
        <w:tblLayout w:type="fixed"/>
        <w:tblLook w:val="04A0" w:firstRow="1" w:lastRow="0" w:firstColumn="1" w:lastColumn="0" w:noHBand="0" w:noVBand="1"/>
      </w:tblPr>
      <w:tblGrid>
        <w:gridCol w:w="576"/>
        <w:gridCol w:w="7056"/>
        <w:gridCol w:w="864"/>
        <w:gridCol w:w="864"/>
      </w:tblGrid>
      <w:tr w:rsidR="00647165" w14:paraId="511E421E" w14:textId="77777777">
        <w:trPr>
          <w:tblHeader/>
          <w:jc w:val="center"/>
        </w:trPr>
        <w:tc>
          <w:tcPr>
            <w:tcW w:w="576" w:type="dxa"/>
            <w:shd w:val="clear" w:color="auto" w:fill="01696F"/>
          </w:tcPr>
          <w:p w14:paraId="21A6D185" w14:textId="77777777" w:rsidR="00647165" w:rsidRDefault="006D5947">
            <w:pPr>
              <w:spacing w:before="60" w:after="60"/>
            </w:pPr>
            <w:r>
              <w:rPr>
                <w:b/>
                <w:color w:val="FFFFFF"/>
                <w:sz w:val="19"/>
              </w:rPr>
              <w:t>#</w:t>
            </w:r>
          </w:p>
        </w:tc>
        <w:tc>
          <w:tcPr>
            <w:tcW w:w="7056" w:type="dxa"/>
            <w:shd w:val="clear" w:color="auto" w:fill="01696F"/>
          </w:tcPr>
          <w:p w14:paraId="17C0AE0A" w14:textId="77777777" w:rsidR="00647165" w:rsidRDefault="006D5947">
            <w:pPr>
              <w:spacing w:before="60" w:after="60"/>
            </w:pPr>
            <w:r>
              <w:rPr>
                <w:b/>
                <w:color w:val="FFFFFF"/>
                <w:sz w:val="19"/>
              </w:rPr>
              <w:t>Question</w:t>
            </w:r>
          </w:p>
        </w:tc>
        <w:tc>
          <w:tcPr>
            <w:tcW w:w="864" w:type="dxa"/>
            <w:shd w:val="clear" w:color="auto" w:fill="01696F"/>
          </w:tcPr>
          <w:p w14:paraId="55E17D7D" w14:textId="77777777" w:rsidR="00647165" w:rsidRDefault="006D5947">
            <w:pPr>
              <w:spacing w:before="60" w:after="60"/>
            </w:pPr>
            <w:r>
              <w:rPr>
                <w:b/>
                <w:color w:val="FFFFFF"/>
                <w:sz w:val="19"/>
              </w:rPr>
              <w:t>Yes</w:t>
            </w:r>
          </w:p>
        </w:tc>
        <w:tc>
          <w:tcPr>
            <w:tcW w:w="864" w:type="dxa"/>
            <w:shd w:val="clear" w:color="auto" w:fill="01696F"/>
          </w:tcPr>
          <w:p w14:paraId="469805AB" w14:textId="77777777" w:rsidR="00647165" w:rsidRDefault="006D5947">
            <w:pPr>
              <w:spacing w:before="60" w:after="60"/>
            </w:pPr>
            <w:r>
              <w:rPr>
                <w:b/>
                <w:color w:val="FFFFFF"/>
                <w:sz w:val="19"/>
              </w:rPr>
              <w:t>No</w:t>
            </w:r>
          </w:p>
        </w:tc>
      </w:tr>
      <w:tr w:rsidR="00647165" w14:paraId="3F852BCA" w14:textId="77777777">
        <w:trPr>
          <w:jc w:val="center"/>
        </w:trPr>
        <w:tc>
          <w:tcPr>
            <w:tcW w:w="576" w:type="dxa"/>
          </w:tcPr>
          <w:p w14:paraId="10DB604D" w14:textId="77777777" w:rsidR="00647165" w:rsidRDefault="006D5947">
            <w:pPr>
              <w:spacing w:before="60" w:after="60"/>
            </w:pPr>
            <w:r>
              <w:rPr>
                <w:b/>
                <w:sz w:val="19"/>
              </w:rPr>
              <w:t>1</w:t>
            </w:r>
          </w:p>
        </w:tc>
        <w:tc>
          <w:tcPr>
            <w:tcW w:w="7056" w:type="dxa"/>
          </w:tcPr>
          <w:p w14:paraId="4B0A36EC" w14:textId="77777777" w:rsidR="00647165" w:rsidRDefault="006D5947">
            <w:pPr>
              <w:spacing w:before="60" w:after="60"/>
            </w:pPr>
            <w:r>
              <w:rPr>
                <w:sz w:val="19"/>
              </w:rPr>
              <w:t>Do you or a family member have an ownership or investment interest in any business that has sold, or is seeking to sell, goods or services to the League?</w:t>
            </w:r>
          </w:p>
        </w:tc>
        <w:tc>
          <w:tcPr>
            <w:tcW w:w="864" w:type="dxa"/>
          </w:tcPr>
          <w:p w14:paraId="61E9EA7A" w14:textId="77777777" w:rsidR="00647165" w:rsidRDefault="00647165">
            <w:pPr>
              <w:spacing w:before="60" w:after="60"/>
            </w:pPr>
          </w:p>
        </w:tc>
        <w:tc>
          <w:tcPr>
            <w:tcW w:w="864" w:type="dxa"/>
          </w:tcPr>
          <w:p w14:paraId="65D535FE" w14:textId="77777777" w:rsidR="00647165" w:rsidRDefault="00647165">
            <w:pPr>
              <w:spacing w:before="60" w:after="60"/>
            </w:pPr>
          </w:p>
        </w:tc>
      </w:tr>
      <w:tr w:rsidR="00647165" w14:paraId="0A2958CC" w14:textId="77777777">
        <w:trPr>
          <w:jc w:val="center"/>
        </w:trPr>
        <w:tc>
          <w:tcPr>
            <w:tcW w:w="576" w:type="dxa"/>
            <w:shd w:val="clear" w:color="auto" w:fill="F4F3EF"/>
          </w:tcPr>
          <w:p w14:paraId="72EDA80A" w14:textId="77777777" w:rsidR="00647165" w:rsidRDefault="006D5947">
            <w:pPr>
              <w:spacing w:before="60" w:after="60"/>
            </w:pPr>
            <w:r>
              <w:rPr>
                <w:b/>
                <w:sz w:val="19"/>
              </w:rPr>
              <w:t>2</w:t>
            </w:r>
          </w:p>
        </w:tc>
        <w:tc>
          <w:tcPr>
            <w:tcW w:w="7056" w:type="dxa"/>
            <w:shd w:val="clear" w:color="auto" w:fill="F4F3EF"/>
          </w:tcPr>
          <w:p w14:paraId="225488A9" w14:textId="77777777" w:rsidR="00647165" w:rsidRDefault="006D5947">
            <w:pPr>
              <w:spacing w:before="60" w:after="60"/>
            </w:pPr>
            <w:r>
              <w:rPr>
                <w:sz w:val="19"/>
              </w:rPr>
              <w:t>Do you or a family member receive, or expect to receive, compensation of any kind from the League, including as a coach, contractor, or employee?</w:t>
            </w:r>
          </w:p>
        </w:tc>
        <w:tc>
          <w:tcPr>
            <w:tcW w:w="864" w:type="dxa"/>
            <w:shd w:val="clear" w:color="auto" w:fill="F4F3EF"/>
          </w:tcPr>
          <w:p w14:paraId="200B8D25" w14:textId="77777777" w:rsidR="00647165" w:rsidRDefault="00647165">
            <w:pPr>
              <w:spacing w:before="60" w:after="60"/>
            </w:pPr>
          </w:p>
        </w:tc>
        <w:tc>
          <w:tcPr>
            <w:tcW w:w="864" w:type="dxa"/>
            <w:shd w:val="clear" w:color="auto" w:fill="F4F3EF"/>
          </w:tcPr>
          <w:p w14:paraId="76327E6F" w14:textId="77777777" w:rsidR="00647165" w:rsidRDefault="00647165">
            <w:pPr>
              <w:spacing w:before="60" w:after="60"/>
            </w:pPr>
          </w:p>
        </w:tc>
      </w:tr>
      <w:tr w:rsidR="00647165" w14:paraId="23F4D301" w14:textId="77777777">
        <w:trPr>
          <w:jc w:val="center"/>
        </w:trPr>
        <w:tc>
          <w:tcPr>
            <w:tcW w:w="576" w:type="dxa"/>
          </w:tcPr>
          <w:p w14:paraId="6F402FF2" w14:textId="77777777" w:rsidR="00647165" w:rsidRDefault="006D5947">
            <w:pPr>
              <w:spacing w:before="60" w:after="60"/>
            </w:pPr>
            <w:r>
              <w:rPr>
                <w:b/>
                <w:sz w:val="19"/>
              </w:rPr>
              <w:t>3</w:t>
            </w:r>
          </w:p>
        </w:tc>
        <w:tc>
          <w:tcPr>
            <w:tcW w:w="7056" w:type="dxa"/>
          </w:tcPr>
          <w:p w14:paraId="0C7C4CB4" w14:textId="77777777" w:rsidR="00647165" w:rsidRDefault="006D5947">
            <w:pPr>
              <w:spacing w:before="60" w:after="60"/>
            </w:pPr>
            <w:r>
              <w:rPr>
                <w:sz w:val="19"/>
              </w:rPr>
              <w:t>Do you or a family member receive compensation or other benefit from any person or entity that does business with the League, or that is seeking to?</w:t>
            </w:r>
          </w:p>
        </w:tc>
        <w:tc>
          <w:tcPr>
            <w:tcW w:w="864" w:type="dxa"/>
          </w:tcPr>
          <w:p w14:paraId="17975D8D" w14:textId="77777777" w:rsidR="00647165" w:rsidRDefault="00647165">
            <w:pPr>
              <w:spacing w:before="60" w:after="60"/>
            </w:pPr>
          </w:p>
        </w:tc>
        <w:tc>
          <w:tcPr>
            <w:tcW w:w="864" w:type="dxa"/>
          </w:tcPr>
          <w:p w14:paraId="24EC9AA1" w14:textId="77777777" w:rsidR="00647165" w:rsidRDefault="00647165">
            <w:pPr>
              <w:spacing w:before="60" w:after="60"/>
            </w:pPr>
          </w:p>
        </w:tc>
      </w:tr>
      <w:tr w:rsidR="00647165" w14:paraId="662E90B0" w14:textId="77777777">
        <w:trPr>
          <w:jc w:val="center"/>
        </w:trPr>
        <w:tc>
          <w:tcPr>
            <w:tcW w:w="576" w:type="dxa"/>
            <w:shd w:val="clear" w:color="auto" w:fill="F4F3EF"/>
          </w:tcPr>
          <w:p w14:paraId="024F8FE7" w14:textId="77777777" w:rsidR="00647165" w:rsidRDefault="006D5947">
            <w:pPr>
              <w:spacing w:before="60" w:after="60"/>
            </w:pPr>
            <w:r>
              <w:rPr>
                <w:b/>
                <w:sz w:val="19"/>
              </w:rPr>
              <w:t>4</w:t>
            </w:r>
          </w:p>
        </w:tc>
        <w:tc>
          <w:tcPr>
            <w:tcW w:w="7056" w:type="dxa"/>
            <w:shd w:val="clear" w:color="auto" w:fill="F4F3EF"/>
          </w:tcPr>
          <w:p w14:paraId="41504FC8" w14:textId="77777777" w:rsidR="00647165" w:rsidRDefault="006D5947">
            <w:pPr>
              <w:spacing w:before="60" w:after="60"/>
            </w:pPr>
            <w:r>
              <w:rPr>
                <w:sz w:val="19"/>
              </w:rPr>
              <w:t>Do you have a child or family member who participates, or intends to participate, in a League program? If Yes, list the participant and team or sport.</w:t>
            </w:r>
          </w:p>
        </w:tc>
        <w:tc>
          <w:tcPr>
            <w:tcW w:w="864" w:type="dxa"/>
            <w:shd w:val="clear" w:color="auto" w:fill="F4F3EF"/>
          </w:tcPr>
          <w:p w14:paraId="411194B5" w14:textId="77777777" w:rsidR="00647165" w:rsidRDefault="00647165">
            <w:pPr>
              <w:spacing w:before="60" w:after="60"/>
            </w:pPr>
          </w:p>
        </w:tc>
        <w:tc>
          <w:tcPr>
            <w:tcW w:w="864" w:type="dxa"/>
            <w:shd w:val="clear" w:color="auto" w:fill="F4F3EF"/>
          </w:tcPr>
          <w:p w14:paraId="5A82C78F" w14:textId="77777777" w:rsidR="00647165" w:rsidRDefault="00647165">
            <w:pPr>
              <w:spacing w:before="60" w:after="60"/>
            </w:pPr>
          </w:p>
        </w:tc>
      </w:tr>
      <w:tr w:rsidR="00647165" w14:paraId="4E62E0A2" w14:textId="77777777">
        <w:trPr>
          <w:jc w:val="center"/>
        </w:trPr>
        <w:tc>
          <w:tcPr>
            <w:tcW w:w="576" w:type="dxa"/>
          </w:tcPr>
          <w:p w14:paraId="2371A4AE" w14:textId="77777777" w:rsidR="00647165" w:rsidRDefault="006D5947">
            <w:pPr>
              <w:spacing w:before="60" w:after="60"/>
            </w:pPr>
            <w:r>
              <w:rPr>
                <w:b/>
                <w:sz w:val="19"/>
              </w:rPr>
              <w:t>5</w:t>
            </w:r>
          </w:p>
        </w:tc>
        <w:tc>
          <w:tcPr>
            <w:tcW w:w="7056" w:type="dxa"/>
          </w:tcPr>
          <w:p w14:paraId="59C75A89" w14:textId="77777777" w:rsidR="00647165" w:rsidRDefault="006D5947">
            <w:pPr>
              <w:spacing w:before="60" w:after="60"/>
            </w:pPr>
            <w:r>
              <w:rPr>
                <w:sz w:val="19"/>
              </w:rPr>
              <w:t>Do you have a child or family member who has applied for, or received, a scholarship or fee assistance from the League?</w:t>
            </w:r>
          </w:p>
        </w:tc>
        <w:tc>
          <w:tcPr>
            <w:tcW w:w="864" w:type="dxa"/>
          </w:tcPr>
          <w:p w14:paraId="4FE923DE" w14:textId="77777777" w:rsidR="00647165" w:rsidRDefault="00647165">
            <w:pPr>
              <w:spacing w:before="60" w:after="60"/>
            </w:pPr>
          </w:p>
        </w:tc>
        <w:tc>
          <w:tcPr>
            <w:tcW w:w="864" w:type="dxa"/>
          </w:tcPr>
          <w:p w14:paraId="3E11DD48" w14:textId="77777777" w:rsidR="00647165" w:rsidRDefault="00647165">
            <w:pPr>
              <w:spacing w:before="60" w:after="60"/>
            </w:pPr>
          </w:p>
        </w:tc>
      </w:tr>
      <w:tr w:rsidR="00647165" w14:paraId="3F658184" w14:textId="77777777">
        <w:trPr>
          <w:jc w:val="center"/>
        </w:trPr>
        <w:tc>
          <w:tcPr>
            <w:tcW w:w="576" w:type="dxa"/>
            <w:shd w:val="clear" w:color="auto" w:fill="F4F3EF"/>
          </w:tcPr>
          <w:p w14:paraId="425079A6" w14:textId="77777777" w:rsidR="00647165" w:rsidRDefault="006D5947">
            <w:pPr>
              <w:spacing w:before="60" w:after="60"/>
            </w:pPr>
            <w:r>
              <w:rPr>
                <w:b/>
                <w:sz w:val="19"/>
              </w:rPr>
              <w:t>6</w:t>
            </w:r>
          </w:p>
        </w:tc>
        <w:tc>
          <w:tcPr>
            <w:tcW w:w="7056" w:type="dxa"/>
            <w:shd w:val="clear" w:color="auto" w:fill="F4F3EF"/>
          </w:tcPr>
          <w:p w14:paraId="2457A422" w14:textId="77777777" w:rsidR="00647165" w:rsidRDefault="006D5947">
            <w:pPr>
              <w:spacing w:before="60" w:after="60"/>
            </w:pPr>
            <w:r>
              <w:rPr>
                <w:sz w:val="19"/>
              </w:rPr>
              <w:t>Are you a family member, business partner, employer, or employee of any League coach or officer?</w:t>
            </w:r>
          </w:p>
        </w:tc>
        <w:tc>
          <w:tcPr>
            <w:tcW w:w="864" w:type="dxa"/>
            <w:shd w:val="clear" w:color="auto" w:fill="F4F3EF"/>
          </w:tcPr>
          <w:p w14:paraId="51406320" w14:textId="77777777" w:rsidR="00647165" w:rsidRDefault="00647165">
            <w:pPr>
              <w:spacing w:before="60" w:after="60"/>
            </w:pPr>
          </w:p>
        </w:tc>
        <w:tc>
          <w:tcPr>
            <w:tcW w:w="864" w:type="dxa"/>
            <w:shd w:val="clear" w:color="auto" w:fill="F4F3EF"/>
          </w:tcPr>
          <w:p w14:paraId="2E279400" w14:textId="77777777" w:rsidR="00647165" w:rsidRDefault="00647165">
            <w:pPr>
              <w:spacing w:before="60" w:after="60"/>
            </w:pPr>
          </w:p>
        </w:tc>
      </w:tr>
      <w:tr w:rsidR="00647165" w14:paraId="267C2E6A" w14:textId="77777777">
        <w:trPr>
          <w:jc w:val="center"/>
        </w:trPr>
        <w:tc>
          <w:tcPr>
            <w:tcW w:w="576" w:type="dxa"/>
          </w:tcPr>
          <w:p w14:paraId="342683AA" w14:textId="77777777" w:rsidR="00647165" w:rsidRDefault="006D5947">
            <w:pPr>
              <w:spacing w:before="60" w:after="60"/>
            </w:pPr>
            <w:r>
              <w:rPr>
                <w:b/>
                <w:sz w:val="19"/>
              </w:rPr>
              <w:t>7</w:t>
            </w:r>
          </w:p>
        </w:tc>
        <w:tc>
          <w:tcPr>
            <w:tcW w:w="7056" w:type="dxa"/>
          </w:tcPr>
          <w:p w14:paraId="4495DB03" w14:textId="77777777" w:rsidR="00647165" w:rsidRDefault="006D5947">
            <w:pPr>
              <w:spacing w:before="60" w:after="60"/>
            </w:pPr>
            <w:r>
              <w:rPr>
                <w:sz w:val="19"/>
              </w:rPr>
              <w:t>Do you serve as a director, officer, employee, or paid consultant of any other youth sports organization, league, club, or facility?</w:t>
            </w:r>
          </w:p>
        </w:tc>
        <w:tc>
          <w:tcPr>
            <w:tcW w:w="864" w:type="dxa"/>
          </w:tcPr>
          <w:p w14:paraId="43FFDC27" w14:textId="77777777" w:rsidR="00647165" w:rsidRDefault="00647165">
            <w:pPr>
              <w:spacing w:before="60" w:after="60"/>
            </w:pPr>
          </w:p>
        </w:tc>
        <w:tc>
          <w:tcPr>
            <w:tcW w:w="864" w:type="dxa"/>
          </w:tcPr>
          <w:p w14:paraId="49ADAABF" w14:textId="77777777" w:rsidR="00647165" w:rsidRDefault="00647165">
            <w:pPr>
              <w:spacing w:before="60" w:after="60"/>
            </w:pPr>
          </w:p>
        </w:tc>
      </w:tr>
      <w:tr w:rsidR="00647165" w14:paraId="58FD90A5" w14:textId="77777777">
        <w:trPr>
          <w:jc w:val="center"/>
        </w:trPr>
        <w:tc>
          <w:tcPr>
            <w:tcW w:w="576" w:type="dxa"/>
            <w:shd w:val="clear" w:color="auto" w:fill="F4F3EF"/>
          </w:tcPr>
          <w:p w14:paraId="050D67DC" w14:textId="77777777" w:rsidR="00647165" w:rsidRDefault="006D5947">
            <w:pPr>
              <w:spacing w:before="60" w:after="60"/>
            </w:pPr>
            <w:r>
              <w:rPr>
                <w:b/>
                <w:sz w:val="19"/>
              </w:rPr>
              <w:t>8</w:t>
            </w:r>
          </w:p>
        </w:tc>
        <w:tc>
          <w:tcPr>
            <w:tcW w:w="7056" w:type="dxa"/>
            <w:shd w:val="clear" w:color="auto" w:fill="F4F3EF"/>
          </w:tcPr>
          <w:p w14:paraId="6E56241B" w14:textId="77777777" w:rsidR="00647165" w:rsidRDefault="006D5947">
            <w:pPr>
              <w:spacing w:before="60" w:after="60"/>
            </w:pPr>
            <w:r>
              <w:rPr>
                <w:sz w:val="19"/>
              </w:rPr>
              <w:t>Have you accepted any gift, discount, service, entertainment, or favor of more than nominal value from a League vendor, sponsor, contractor, or participant family?</w:t>
            </w:r>
          </w:p>
        </w:tc>
        <w:tc>
          <w:tcPr>
            <w:tcW w:w="864" w:type="dxa"/>
            <w:shd w:val="clear" w:color="auto" w:fill="F4F3EF"/>
          </w:tcPr>
          <w:p w14:paraId="79B4210F" w14:textId="77777777" w:rsidR="00647165" w:rsidRDefault="00647165">
            <w:pPr>
              <w:spacing w:before="60" w:after="60"/>
            </w:pPr>
          </w:p>
        </w:tc>
        <w:tc>
          <w:tcPr>
            <w:tcW w:w="864" w:type="dxa"/>
            <w:shd w:val="clear" w:color="auto" w:fill="F4F3EF"/>
          </w:tcPr>
          <w:p w14:paraId="0E652308" w14:textId="77777777" w:rsidR="00647165" w:rsidRDefault="00647165">
            <w:pPr>
              <w:spacing w:before="60" w:after="60"/>
            </w:pPr>
          </w:p>
        </w:tc>
      </w:tr>
      <w:tr w:rsidR="00647165" w14:paraId="466E32A3" w14:textId="77777777">
        <w:trPr>
          <w:jc w:val="center"/>
        </w:trPr>
        <w:tc>
          <w:tcPr>
            <w:tcW w:w="576" w:type="dxa"/>
          </w:tcPr>
          <w:p w14:paraId="12A2E043" w14:textId="77777777" w:rsidR="00647165" w:rsidRDefault="006D5947">
            <w:pPr>
              <w:spacing w:before="60" w:after="60"/>
            </w:pPr>
            <w:r>
              <w:rPr>
                <w:b/>
                <w:sz w:val="19"/>
              </w:rPr>
              <w:t>9</w:t>
            </w:r>
          </w:p>
        </w:tc>
        <w:tc>
          <w:tcPr>
            <w:tcW w:w="7056" w:type="dxa"/>
          </w:tcPr>
          <w:p w14:paraId="0D822769" w14:textId="77777777" w:rsidR="00647165" w:rsidRDefault="006D5947">
            <w:pPr>
              <w:spacing w:before="60" w:after="60"/>
            </w:pPr>
            <w:r>
              <w:rPr>
                <w:sz w:val="19"/>
              </w:rPr>
              <w:t>Do you have any other interest, relationship, or circumstance that could reasonably be seen by an outside observer as competing with your duty of loyalty to the League?</w:t>
            </w:r>
          </w:p>
        </w:tc>
        <w:tc>
          <w:tcPr>
            <w:tcW w:w="864" w:type="dxa"/>
          </w:tcPr>
          <w:p w14:paraId="552E9C0B" w14:textId="77777777" w:rsidR="00647165" w:rsidRDefault="00647165">
            <w:pPr>
              <w:spacing w:before="60" w:after="60"/>
            </w:pPr>
          </w:p>
        </w:tc>
        <w:tc>
          <w:tcPr>
            <w:tcW w:w="864" w:type="dxa"/>
          </w:tcPr>
          <w:p w14:paraId="782534F9" w14:textId="77777777" w:rsidR="00647165" w:rsidRDefault="00647165">
            <w:pPr>
              <w:spacing w:before="60" w:after="60"/>
            </w:pPr>
          </w:p>
        </w:tc>
      </w:tr>
      <w:tr w:rsidR="00647165" w14:paraId="1126A2DD" w14:textId="77777777">
        <w:trPr>
          <w:jc w:val="center"/>
        </w:trPr>
        <w:tc>
          <w:tcPr>
            <w:tcW w:w="576" w:type="dxa"/>
            <w:shd w:val="clear" w:color="auto" w:fill="F4F3EF"/>
          </w:tcPr>
          <w:p w14:paraId="0C996C90" w14:textId="77777777" w:rsidR="00647165" w:rsidRDefault="006D5947">
            <w:pPr>
              <w:spacing w:before="60" w:after="60"/>
            </w:pPr>
            <w:r>
              <w:rPr>
                <w:b/>
                <w:sz w:val="19"/>
              </w:rPr>
              <w:t>10</w:t>
            </w:r>
          </w:p>
        </w:tc>
        <w:tc>
          <w:tcPr>
            <w:tcW w:w="7056" w:type="dxa"/>
            <w:shd w:val="clear" w:color="auto" w:fill="F4F3EF"/>
          </w:tcPr>
          <w:p w14:paraId="74E67F84" w14:textId="77777777" w:rsidR="00647165" w:rsidRDefault="006D5947">
            <w:pPr>
              <w:spacing w:before="60" w:after="60"/>
            </w:pPr>
            <w:r>
              <w:rPr>
                <w:sz w:val="19"/>
              </w:rPr>
              <w:t>Are you aware of any conflict of interest involving another director, officer, coach, or volunteer that has not been disclosed to the Board?</w:t>
            </w:r>
          </w:p>
        </w:tc>
        <w:tc>
          <w:tcPr>
            <w:tcW w:w="864" w:type="dxa"/>
            <w:shd w:val="clear" w:color="auto" w:fill="F4F3EF"/>
          </w:tcPr>
          <w:p w14:paraId="49B6D56D" w14:textId="77777777" w:rsidR="00647165" w:rsidRDefault="00647165">
            <w:pPr>
              <w:spacing w:before="60" w:after="60"/>
            </w:pPr>
          </w:p>
        </w:tc>
        <w:tc>
          <w:tcPr>
            <w:tcW w:w="864" w:type="dxa"/>
            <w:shd w:val="clear" w:color="auto" w:fill="F4F3EF"/>
          </w:tcPr>
          <w:p w14:paraId="062694C9" w14:textId="77777777" w:rsidR="00647165" w:rsidRDefault="00647165">
            <w:pPr>
              <w:spacing w:before="60" w:after="60"/>
            </w:pPr>
          </w:p>
        </w:tc>
      </w:tr>
    </w:tbl>
    <w:p w14:paraId="1242A279" w14:textId="77777777" w:rsidR="00647165" w:rsidRDefault="006D5947">
      <w:pPr>
        <w:keepNext/>
        <w:spacing w:before="240" w:after="60"/>
      </w:pPr>
      <w:r>
        <w:rPr>
          <w:b/>
          <w:sz w:val="22"/>
        </w:rPr>
        <w:t>Explanation of any Yes answers</w:t>
      </w:r>
    </w:p>
    <w:p w14:paraId="215FB98D" w14:textId="77777777" w:rsidR="00647165" w:rsidRDefault="006D5947">
      <w:pPr>
        <w:spacing w:after="160"/>
      </w:pPr>
      <w:r>
        <w:t>______________________________________________________________________________________</w:t>
      </w:r>
    </w:p>
    <w:p w14:paraId="705E1589" w14:textId="77777777" w:rsidR="00647165" w:rsidRDefault="006D5947">
      <w:pPr>
        <w:spacing w:after="160"/>
      </w:pPr>
      <w:r>
        <w:t>______________________________________________________________________________________</w:t>
      </w:r>
    </w:p>
    <w:p w14:paraId="646D1544" w14:textId="77777777" w:rsidR="00647165" w:rsidRDefault="006D5947">
      <w:pPr>
        <w:spacing w:after="160"/>
      </w:pPr>
      <w:r>
        <w:t>______________________________________________________________________________________</w:t>
      </w:r>
    </w:p>
    <w:p w14:paraId="47D5AC24" w14:textId="77777777" w:rsidR="00647165" w:rsidRDefault="006D5947">
      <w:pPr>
        <w:spacing w:after="160"/>
      </w:pPr>
      <w:r>
        <w:t>______________________________________________________________________________________</w:t>
      </w:r>
    </w:p>
    <w:p w14:paraId="6B39C422" w14:textId="77777777" w:rsidR="00647165" w:rsidRDefault="006D5947">
      <w:pPr>
        <w:spacing w:after="160"/>
      </w:pPr>
      <w:r>
        <w:t>______________________________________________________________________________________</w:t>
      </w:r>
    </w:p>
    <w:p w14:paraId="22262B23" w14:textId="77777777" w:rsidR="00647165" w:rsidRDefault="006D5947">
      <w:pPr>
        <w:keepNext/>
        <w:spacing w:before="280" w:after="60"/>
      </w:pPr>
      <w:r>
        <w:rPr>
          <w:b/>
          <w:sz w:val="22"/>
        </w:rPr>
        <w:lastRenderedPageBreak/>
        <w:t>Certification</w:t>
      </w:r>
    </w:p>
    <w:p w14:paraId="2D51AF03" w14:textId="77777777" w:rsidR="00647165" w:rsidRDefault="006D5947">
      <w:r>
        <w:t xml:space="preserve">I have received and read the Conflict-of-Interest Policy of Cheyenne Youth Sports League, Inc. I understand that the League is a charitable organization and that to maintain its federal tax exemption it must engage primarily in activities that accomplish its exempt purposes. I agree to comply with the policy, and I understand my obligation to disclose a conflict promptly when it arises during the year rather than waiting for the next annual statement. The answers above are complete and accurate to the best </w:t>
      </w:r>
      <w:r>
        <w:t>of my knowledge.</w:t>
      </w:r>
    </w:p>
    <w:tbl>
      <w:tblPr>
        <w:tblStyle w:val="TableGrid"/>
        <w:tblW w:w="0" w:type="auto"/>
        <w:jc w:val="center"/>
        <w:tblLayout w:type="fixed"/>
        <w:tblLook w:val="04A0" w:firstRow="1" w:lastRow="0" w:firstColumn="1" w:lastColumn="0" w:noHBand="0" w:noVBand="1"/>
      </w:tblPr>
      <w:tblGrid>
        <w:gridCol w:w="4680"/>
        <w:gridCol w:w="4680"/>
      </w:tblGrid>
      <w:tr w:rsidR="00647165" w14:paraId="0A3B0A43" w14:textId="77777777">
        <w:trPr>
          <w:tblHeader/>
          <w:jc w:val="center"/>
        </w:trPr>
        <w:tc>
          <w:tcPr>
            <w:tcW w:w="4680" w:type="dxa"/>
            <w:shd w:val="clear" w:color="auto" w:fill="01696F"/>
          </w:tcPr>
          <w:p w14:paraId="31B3E301" w14:textId="77777777" w:rsidR="00647165" w:rsidRDefault="006D5947">
            <w:pPr>
              <w:spacing w:before="60" w:after="60"/>
            </w:pPr>
            <w:r>
              <w:rPr>
                <w:b/>
                <w:color w:val="FFFFFF"/>
                <w:sz w:val="19"/>
              </w:rPr>
              <w:t>Printed name</w:t>
            </w:r>
          </w:p>
        </w:tc>
        <w:tc>
          <w:tcPr>
            <w:tcW w:w="4680" w:type="dxa"/>
            <w:shd w:val="clear" w:color="auto" w:fill="01696F"/>
          </w:tcPr>
          <w:p w14:paraId="5D1859D4" w14:textId="77777777" w:rsidR="00647165" w:rsidRDefault="006D5947">
            <w:pPr>
              <w:spacing w:before="60" w:after="60"/>
            </w:pPr>
            <w:r>
              <w:rPr>
                <w:b/>
                <w:color w:val="FFFFFF"/>
                <w:sz w:val="19"/>
              </w:rPr>
              <w:t>Position held</w:t>
            </w:r>
          </w:p>
        </w:tc>
      </w:tr>
      <w:tr w:rsidR="00647165" w14:paraId="3379C381" w14:textId="77777777">
        <w:trPr>
          <w:jc w:val="center"/>
        </w:trPr>
        <w:tc>
          <w:tcPr>
            <w:tcW w:w="4680" w:type="dxa"/>
          </w:tcPr>
          <w:p w14:paraId="16056391" w14:textId="77777777" w:rsidR="00647165" w:rsidRDefault="00647165">
            <w:pPr>
              <w:spacing w:before="60" w:after="60"/>
            </w:pPr>
          </w:p>
        </w:tc>
        <w:tc>
          <w:tcPr>
            <w:tcW w:w="4680" w:type="dxa"/>
          </w:tcPr>
          <w:p w14:paraId="67C96021" w14:textId="77777777" w:rsidR="00647165" w:rsidRDefault="00647165">
            <w:pPr>
              <w:spacing w:before="60" w:after="60"/>
            </w:pPr>
          </w:p>
        </w:tc>
      </w:tr>
    </w:tbl>
    <w:p w14:paraId="614E0CD2" w14:textId="77777777" w:rsidR="00647165" w:rsidRDefault="00647165">
      <w:pPr>
        <w:spacing w:before="240" w:after="0"/>
      </w:pPr>
    </w:p>
    <w:tbl>
      <w:tblPr>
        <w:tblW w:w="0" w:type="auto"/>
        <w:tblLayout w:type="fixed"/>
        <w:tblLook w:val="04A0" w:firstRow="1" w:lastRow="0" w:firstColumn="1" w:lastColumn="0" w:noHBand="0" w:noVBand="1"/>
      </w:tblPr>
      <w:tblGrid>
        <w:gridCol w:w="6192"/>
        <w:gridCol w:w="3168"/>
      </w:tblGrid>
      <w:tr w:rsidR="00647165" w14:paraId="0DD5BB62" w14:textId="77777777">
        <w:tc>
          <w:tcPr>
            <w:tcW w:w="6192" w:type="dxa"/>
          </w:tcPr>
          <w:p w14:paraId="0A4EAFC8" w14:textId="77777777" w:rsidR="00647165" w:rsidRDefault="006D5947">
            <w:pPr>
              <w:spacing w:after="0"/>
            </w:pPr>
            <w:r>
              <w:t>______________________________________________________</w:t>
            </w:r>
          </w:p>
        </w:tc>
        <w:tc>
          <w:tcPr>
            <w:tcW w:w="3168" w:type="dxa"/>
          </w:tcPr>
          <w:p w14:paraId="07BA36D2" w14:textId="77777777" w:rsidR="00647165" w:rsidRDefault="006D5947">
            <w:pPr>
              <w:spacing w:after="0"/>
            </w:pPr>
            <w:r>
              <w:t>__________________________</w:t>
            </w:r>
          </w:p>
        </w:tc>
      </w:tr>
      <w:tr w:rsidR="00647165" w14:paraId="244B2580" w14:textId="77777777">
        <w:tc>
          <w:tcPr>
            <w:tcW w:w="6192" w:type="dxa"/>
          </w:tcPr>
          <w:p w14:paraId="5B824EB4" w14:textId="77777777" w:rsidR="00647165" w:rsidRDefault="006D5947">
            <w:pPr>
              <w:spacing w:after="0"/>
            </w:pPr>
            <w:r>
              <w:rPr>
                <w:color w:val="5A5852"/>
                <w:sz w:val="18"/>
              </w:rPr>
              <w:t>Signature</w:t>
            </w:r>
          </w:p>
        </w:tc>
        <w:tc>
          <w:tcPr>
            <w:tcW w:w="3168" w:type="dxa"/>
          </w:tcPr>
          <w:p w14:paraId="311240C2" w14:textId="77777777" w:rsidR="00647165" w:rsidRDefault="006D5947">
            <w:pPr>
              <w:spacing w:after="0"/>
            </w:pPr>
            <w:r>
              <w:rPr>
                <w:color w:val="5A5852"/>
                <w:sz w:val="18"/>
              </w:rPr>
              <w:t>Date</w:t>
            </w:r>
          </w:p>
        </w:tc>
      </w:tr>
    </w:tbl>
    <w:p w14:paraId="71EA5CDD" w14:textId="77777777" w:rsidR="00647165" w:rsidRDefault="00647165">
      <w:pPr>
        <w:spacing w:after="0"/>
      </w:pPr>
    </w:p>
    <w:p w14:paraId="46F9816C" w14:textId="77777777" w:rsidR="00647165" w:rsidRDefault="006D5947">
      <w:r>
        <w:rPr>
          <w:color w:val="5A5852"/>
          <w:sz w:val="18"/>
        </w:rPr>
        <w:t>Received and filed by the Secretary on ______________.  Retained permanently in the corporate records.</w:t>
      </w:r>
    </w:p>
    <w:p w14:paraId="6CE6DEE1" w14:textId="77777777" w:rsidR="00647165" w:rsidRDefault="006D5947">
      <w:r>
        <w:br w:type="page"/>
      </w:r>
    </w:p>
    <w:p w14:paraId="700144FD" w14:textId="77777777" w:rsidR="00647165" w:rsidRDefault="006D5947">
      <w:pPr>
        <w:keepNext/>
        <w:pBdr>
          <w:bottom w:val="single" w:sz="6" w:space="3" w:color="C9C6BF"/>
        </w:pBdr>
        <w:spacing w:after="100"/>
      </w:pPr>
      <w:r>
        <w:rPr>
          <w:b/>
          <w:color w:val="01696F"/>
          <w:sz w:val="28"/>
        </w:rPr>
        <w:lastRenderedPageBreak/>
        <w:t>Part Three — Conflicted Transaction Record</w:t>
      </w:r>
    </w:p>
    <w:p w14:paraId="7BC0836F" w14:textId="77777777" w:rsidR="00647165" w:rsidRDefault="006D5947">
      <w:r>
        <w:rPr>
          <w:color w:val="5A5852"/>
          <w:sz w:val="20"/>
        </w:rPr>
        <w:t>The Secretary completes one record for each conflicted matter the Board decides, and attaches it to the minutes of that meeting. This is the documentation that demonstrates the Board followed its own policy.</w:t>
      </w:r>
    </w:p>
    <w:tbl>
      <w:tblPr>
        <w:tblStyle w:val="TableGrid"/>
        <w:tblW w:w="0" w:type="auto"/>
        <w:jc w:val="center"/>
        <w:tblLayout w:type="fixed"/>
        <w:tblLook w:val="04A0" w:firstRow="1" w:lastRow="0" w:firstColumn="1" w:lastColumn="0" w:noHBand="0" w:noVBand="1"/>
      </w:tblPr>
      <w:tblGrid>
        <w:gridCol w:w="5112"/>
        <w:gridCol w:w="4248"/>
      </w:tblGrid>
      <w:tr w:rsidR="00647165" w14:paraId="4287BBBE" w14:textId="77777777">
        <w:trPr>
          <w:jc w:val="center"/>
        </w:trPr>
        <w:tc>
          <w:tcPr>
            <w:tcW w:w="5112" w:type="dxa"/>
            <w:shd w:val="clear" w:color="auto" w:fill="F4F3EF"/>
          </w:tcPr>
          <w:p w14:paraId="237F3E53" w14:textId="77777777" w:rsidR="00647165" w:rsidRDefault="006D5947">
            <w:pPr>
              <w:spacing w:before="60" w:after="60"/>
            </w:pPr>
            <w:r>
              <w:rPr>
                <w:sz w:val="19"/>
              </w:rPr>
              <w:t>Date of meeting</w:t>
            </w:r>
          </w:p>
        </w:tc>
        <w:tc>
          <w:tcPr>
            <w:tcW w:w="4248" w:type="dxa"/>
            <w:shd w:val="clear" w:color="auto" w:fill="F4F3EF"/>
          </w:tcPr>
          <w:p w14:paraId="6386B983" w14:textId="77777777" w:rsidR="00647165" w:rsidRDefault="00647165">
            <w:pPr>
              <w:spacing w:before="60" w:after="60"/>
            </w:pPr>
          </w:p>
        </w:tc>
      </w:tr>
      <w:tr w:rsidR="00647165" w14:paraId="2956EC5E" w14:textId="77777777">
        <w:trPr>
          <w:jc w:val="center"/>
        </w:trPr>
        <w:tc>
          <w:tcPr>
            <w:tcW w:w="5112" w:type="dxa"/>
          </w:tcPr>
          <w:p w14:paraId="6C3A4A1A" w14:textId="77777777" w:rsidR="00647165" w:rsidRDefault="006D5947">
            <w:pPr>
              <w:spacing w:before="60" w:after="60"/>
            </w:pPr>
            <w:r>
              <w:rPr>
                <w:sz w:val="19"/>
              </w:rPr>
              <w:t>Matter under consideration</w:t>
            </w:r>
          </w:p>
        </w:tc>
        <w:tc>
          <w:tcPr>
            <w:tcW w:w="4248" w:type="dxa"/>
          </w:tcPr>
          <w:p w14:paraId="1339BEBC" w14:textId="77777777" w:rsidR="00647165" w:rsidRDefault="00647165">
            <w:pPr>
              <w:spacing w:before="60" w:after="60"/>
            </w:pPr>
          </w:p>
        </w:tc>
      </w:tr>
      <w:tr w:rsidR="00647165" w14:paraId="54CFFA4F" w14:textId="77777777">
        <w:trPr>
          <w:jc w:val="center"/>
        </w:trPr>
        <w:tc>
          <w:tcPr>
            <w:tcW w:w="5112" w:type="dxa"/>
            <w:shd w:val="clear" w:color="auto" w:fill="F4F3EF"/>
          </w:tcPr>
          <w:p w14:paraId="06B6A33A" w14:textId="77777777" w:rsidR="00647165" w:rsidRDefault="006D5947">
            <w:pPr>
              <w:spacing w:before="60" w:after="60"/>
            </w:pPr>
            <w:r>
              <w:rPr>
                <w:sz w:val="19"/>
              </w:rPr>
              <w:t>Interested person(s) and the nature of the interest</w:t>
            </w:r>
          </w:p>
        </w:tc>
        <w:tc>
          <w:tcPr>
            <w:tcW w:w="4248" w:type="dxa"/>
            <w:shd w:val="clear" w:color="auto" w:fill="F4F3EF"/>
          </w:tcPr>
          <w:p w14:paraId="27A089B7" w14:textId="77777777" w:rsidR="00647165" w:rsidRDefault="00647165">
            <w:pPr>
              <w:spacing w:before="60" w:after="60"/>
            </w:pPr>
          </w:p>
        </w:tc>
      </w:tr>
      <w:tr w:rsidR="00647165" w14:paraId="4700662C" w14:textId="77777777">
        <w:trPr>
          <w:jc w:val="center"/>
        </w:trPr>
        <w:tc>
          <w:tcPr>
            <w:tcW w:w="5112" w:type="dxa"/>
          </w:tcPr>
          <w:p w14:paraId="49C297D1" w14:textId="77777777" w:rsidR="00647165" w:rsidRDefault="006D5947">
            <w:pPr>
              <w:spacing w:before="60" w:after="60"/>
            </w:pPr>
            <w:r>
              <w:rPr>
                <w:sz w:val="19"/>
              </w:rPr>
              <w:t>How and when the interest was disclosed</w:t>
            </w:r>
          </w:p>
        </w:tc>
        <w:tc>
          <w:tcPr>
            <w:tcW w:w="4248" w:type="dxa"/>
          </w:tcPr>
          <w:p w14:paraId="49471513" w14:textId="77777777" w:rsidR="00647165" w:rsidRDefault="00647165">
            <w:pPr>
              <w:spacing w:before="60" w:after="60"/>
            </w:pPr>
          </w:p>
        </w:tc>
      </w:tr>
      <w:tr w:rsidR="00647165" w14:paraId="138A6045" w14:textId="77777777">
        <w:trPr>
          <w:jc w:val="center"/>
        </w:trPr>
        <w:tc>
          <w:tcPr>
            <w:tcW w:w="5112" w:type="dxa"/>
            <w:shd w:val="clear" w:color="auto" w:fill="F4F3EF"/>
          </w:tcPr>
          <w:p w14:paraId="755C91E1" w14:textId="77777777" w:rsidR="00647165" w:rsidRDefault="006D5947">
            <w:pPr>
              <w:spacing w:before="60" w:after="60"/>
            </w:pPr>
            <w:r>
              <w:rPr>
                <w:sz w:val="19"/>
              </w:rPr>
              <w:t>Did the disinterested directors determine a conflict exists?</w:t>
            </w:r>
          </w:p>
        </w:tc>
        <w:tc>
          <w:tcPr>
            <w:tcW w:w="4248" w:type="dxa"/>
            <w:shd w:val="clear" w:color="auto" w:fill="F4F3EF"/>
          </w:tcPr>
          <w:p w14:paraId="7B555427" w14:textId="77777777" w:rsidR="00647165" w:rsidRDefault="006D5947">
            <w:pPr>
              <w:spacing w:before="60" w:after="60"/>
            </w:pPr>
            <w:r>
              <w:rPr>
                <w:sz w:val="19"/>
              </w:rPr>
              <w:t>☐</w:t>
            </w:r>
            <w:r>
              <w:rPr>
                <w:sz w:val="19"/>
              </w:rPr>
              <w:t xml:space="preserve"> Yes    ☐ No</w:t>
            </w:r>
          </w:p>
        </w:tc>
      </w:tr>
      <w:tr w:rsidR="00647165" w14:paraId="001EF5E5" w14:textId="77777777">
        <w:trPr>
          <w:jc w:val="center"/>
        </w:trPr>
        <w:tc>
          <w:tcPr>
            <w:tcW w:w="5112" w:type="dxa"/>
          </w:tcPr>
          <w:p w14:paraId="3E9BF389" w14:textId="77777777" w:rsidR="00647165" w:rsidRDefault="006D5947">
            <w:pPr>
              <w:spacing w:before="60" w:after="60"/>
            </w:pPr>
            <w:r>
              <w:rPr>
                <w:sz w:val="19"/>
              </w:rPr>
              <w:t>Alternatives considered, and whether a more advantageous arrangement was reasonably available</w:t>
            </w:r>
          </w:p>
        </w:tc>
        <w:tc>
          <w:tcPr>
            <w:tcW w:w="4248" w:type="dxa"/>
          </w:tcPr>
          <w:p w14:paraId="7FDA98A5" w14:textId="77777777" w:rsidR="00647165" w:rsidRDefault="00647165">
            <w:pPr>
              <w:spacing w:before="60" w:after="60"/>
            </w:pPr>
          </w:p>
        </w:tc>
      </w:tr>
      <w:tr w:rsidR="00647165" w14:paraId="67A200BC" w14:textId="77777777">
        <w:trPr>
          <w:jc w:val="center"/>
        </w:trPr>
        <w:tc>
          <w:tcPr>
            <w:tcW w:w="5112" w:type="dxa"/>
            <w:shd w:val="clear" w:color="auto" w:fill="F4F3EF"/>
          </w:tcPr>
          <w:p w14:paraId="3ECC00B9" w14:textId="77777777" w:rsidR="00647165" w:rsidRDefault="006D5947">
            <w:pPr>
              <w:spacing w:before="60" w:after="60"/>
            </w:pPr>
            <w:r>
              <w:rPr>
                <w:sz w:val="19"/>
              </w:rPr>
              <w:t>Directors present for the discussion and vote</w:t>
            </w:r>
          </w:p>
        </w:tc>
        <w:tc>
          <w:tcPr>
            <w:tcW w:w="4248" w:type="dxa"/>
            <w:shd w:val="clear" w:color="auto" w:fill="F4F3EF"/>
          </w:tcPr>
          <w:p w14:paraId="33448B55" w14:textId="77777777" w:rsidR="00647165" w:rsidRDefault="00647165">
            <w:pPr>
              <w:spacing w:before="60" w:after="60"/>
            </w:pPr>
          </w:p>
        </w:tc>
      </w:tr>
      <w:tr w:rsidR="00647165" w14:paraId="687FAF6B" w14:textId="77777777">
        <w:trPr>
          <w:jc w:val="center"/>
        </w:trPr>
        <w:tc>
          <w:tcPr>
            <w:tcW w:w="5112" w:type="dxa"/>
          </w:tcPr>
          <w:p w14:paraId="4D0329BA" w14:textId="77777777" w:rsidR="00647165" w:rsidRDefault="006D5947">
            <w:pPr>
              <w:spacing w:before="60" w:after="60"/>
            </w:pPr>
            <w:r>
              <w:rPr>
                <w:sz w:val="19"/>
              </w:rPr>
              <w:t>Summary of the discussion</w:t>
            </w:r>
          </w:p>
        </w:tc>
        <w:tc>
          <w:tcPr>
            <w:tcW w:w="4248" w:type="dxa"/>
          </w:tcPr>
          <w:p w14:paraId="0D64A0F6" w14:textId="77777777" w:rsidR="00647165" w:rsidRDefault="00647165">
            <w:pPr>
              <w:spacing w:before="60" w:after="60"/>
            </w:pPr>
          </w:p>
        </w:tc>
      </w:tr>
      <w:tr w:rsidR="00647165" w14:paraId="46327BF7" w14:textId="77777777">
        <w:trPr>
          <w:jc w:val="center"/>
        </w:trPr>
        <w:tc>
          <w:tcPr>
            <w:tcW w:w="5112" w:type="dxa"/>
            <w:shd w:val="clear" w:color="auto" w:fill="F4F3EF"/>
          </w:tcPr>
          <w:p w14:paraId="0579829A" w14:textId="77777777" w:rsidR="00647165" w:rsidRDefault="006D5947">
            <w:pPr>
              <w:spacing w:before="60" w:after="60"/>
            </w:pPr>
            <w:r>
              <w:rPr>
                <w:sz w:val="19"/>
              </w:rPr>
              <w:t>Did the interested person leave the meeting for the discussion and vote?</w:t>
            </w:r>
          </w:p>
        </w:tc>
        <w:tc>
          <w:tcPr>
            <w:tcW w:w="4248" w:type="dxa"/>
            <w:shd w:val="clear" w:color="auto" w:fill="F4F3EF"/>
          </w:tcPr>
          <w:p w14:paraId="2194028C" w14:textId="77777777" w:rsidR="00647165" w:rsidRDefault="006D5947">
            <w:pPr>
              <w:spacing w:before="60" w:after="60"/>
            </w:pPr>
            <w:r>
              <w:rPr>
                <w:sz w:val="19"/>
              </w:rPr>
              <w:t>☐</w:t>
            </w:r>
            <w:r>
              <w:rPr>
                <w:sz w:val="19"/>
              </w:rPr>
              <w:t xml:space="preserve"> Yes    ☐ No</w:t>
            </w:r>
          </w:p>
        </w:tc>
      </w:tr>
      <w:tr w:rsidR="00647165" w14:paraId="7DA88A67" w14:textId="77777777">
        <w:trPr>
          <w:jc w:val="center"/>
        </w:trPr>
        <w:tc>
          <w:tcPr>
            <w:tcW w:w="5112" w:type="dxa"/>
          </w:tcPr>
          <w:p w14:paraId="19CA9B09" w14:textId="77777777" w:rsidR="00647165" w:rsidRDefault="006D5947">
            <w:pPr>
              <w:spacing w:before="60" w:after="60"/>
            </w:pPr>
            <w:r>
              <w:rPr>
                <w:sz w:val="19"/>
              </w:rPr>
              <w:t>Was the interested person excluded from the quorum count on this matter?</w:t>
            </w:r>
          </w:p>
        </w:tc>
        <w:tc>
          <w:tcPr>
            <w:tcW w:w="4248" w:type="dxa"/>
          </w:tcPr>
          <w:p w14:paraId="0CAA55C1" w14:textId="77777777" w:rsidR="00647165" w:rsidRDefault="006D5947">
            <w:pPr>
              <w:spacing w:before="60" w:after="60"/>
            </w:pPr>
            <w:r>
              <w:rPr>
                <w:sz w:val="19"/>
              </w:rPr>
              <w:t>☐</w:t>
            </w:r>
            <w:r>
              <w:rPr>
                <w:sz w:val="19"/>
              </w:rPr>
              <w:t xml:space="preserve"> Yes    ☐ No</w:t>
            </w:r>
          </w:p>
        </w:tc>
      </w:tr>
      <w:tr w:rsidR="00647165" w14:paraId="2F72A0FC" w14:textId="77777777">
        <w:trPr>
          <w:jc w:val="center"/>
        </w:trPr>
        <w:tc>
          <w:tcPr>
            <w:tcW w:w="5112" w:type="dxa"/>
            <w:shd w:val="clear" w:color="auto" w:fill="F4F3EF"/>
          </w:tcPr>
          <w:p w14:paraId="45D28196" w14:textId="77777777" w:rsidR="00647165" w:rsidRDefault="006D5947">
            <w:pPr>
              <w:spacing w:before="60" w:after="60"/>
            </w:pPr>
            <w:r>
              <w:rPr>
                <w:sz w:val="19"/>
              </w:rPr>
              <w:t>Vote taken (for / against / abstaining)</w:t>
            </w:r>
          </w:p>
        </w:tc>
        <w:tc>
          <w:tcPr>
            <w:tcW w:w="4248" w:type="dxa"/>
            <w:shd w:val="clear" w:color="auto" w:fill="F4F3EF"/>
          </w:tcPr>
          <w:p w14:paraId="37C22E2F" w14:textId="77777777" w:rsidR="00647165" w:rsidRDefault="00647165">
            <w:pPr>
              <w:spacing w:before="60" w:after="60"/>
            </w:pPr>
          </w:p>
        </w:tc>
      </w:tr>
      <w:tr w:rsidR="00647165" w14:paraId="7E747297" w14:textId="77777777">
        <w:trPr>
          <w:jc w:val="center"/>
        </w:trPr>
        <w:tc>
          <w:tcPr>
            <w:tcW w:w="5112" w:type="dxa"/>
          </w:tcPr>
          <w:p w14:paraId="5B96AA34" w14:textId="77777777" w:rsidR="00647165" w:rsidRDefault="006D5947">
            <w:pPr>
              <w:spacing w:before="60" w:after="60"/>
            </w:pPr>
            <w:r>
              <w:rPr>
                <w:sz w:val="19"/>
              </w:rPr>
              <w:t>Determination: is the transaction in the League’s best interest, fair, and reasonable?</w:t>
            </w:r>
          </w:p>
        </w:tc>
        <w:tc>
          <w:tcPr>
            <w:tcW w:w="4248" w:type="dxa"/>
          </w:tcPr>
          <w:p w14:paraId="3E0C71BF" w14:textId="77777777" w:rsidR="00647165" w:rsidRDefault="006D5947">
            <w:pPr>
              <w:spacing w:before="60" w:after="60"/>
            </w:pPr>
            <w:r>
              <w:rPr>
                <w:sz w:val="19"/>
              </w:rPr>
              <w:t>☐</w:t>
            </w:r>
            <w:r>
              <w:rPr>
                <w:sz w:val="19"/>
              </w:rPr>
              <w:t xml:space="preserve"> Yes    ☐ No</w:t>
            </w:r>
          </w:p>
        </w:tc>
      </w:tr>
    </w:tbl>
    <w:p w14:paraId="545D12A0" w14:textId="77777777" w:rsidR="00647165" w:rsidRDefault="00647165">
      <w:pPr>
        <w:spacing w:after="80"/>
      </w:pPr>
    </w:p>
    <w:p w14:paraId="11A06310" w14:textId="77777777" w:rsidR="00647165" w:rsidRDefault="006D5947">
      <w:r>
        <w:rPr>
          <w:sz w:val="20"/>
        </w:rPr>
        <w:t>I certify that this record accurately reflects the proceedings of the Board on the matter described above.</w:t>
      </w:r>
    </w:p>
    <w:p w14:paraId="5105159C" w14:textId="77777777" w:rsidR="00647165" w:rsidRDefault="00647165">
      <w:pPr>
        <w:spacing w:before="240" w:after="0"/>
      </w:pPr>
    </w:p>
    <w:tbl>
      <w:tblPr>
        <w:tblW w:w="0" w:type="auto"/>
        <w:tblLayout w:type="fixed"/>
        <w:tblLook w:val="04A0" w:firstRow="1" w:lastRow="0" w:firstColumn="1" w:lastColumn="0" w:noHBand="0" w:noVBand="1"/>
      </w:tblPr>
      <w:tblGrid>
        <w:gridCol w:w="6192"/>
        <w:gridCol w:w="3168"/>
      </w:tblGrid>
      <w:tr w:rsidR="00647165" w14:paraId="2F289B71" w14:textId="77777777">
        <w:tc>
          <w:tcPr>
            <w:tcW w:w="6192" w:type="dxa"/>
          </w:tcPr>
          <w:p w14:paraId="4B1ACF5F" w14:textId="77777777" w:rsidR="00647165" w:rsidRDefault="006D5947">
            <w:pPr>
              <w:spacing w:after="0"/>
            </w:pPr>
            <w:r>
              <w:t>______________________________________________________</w:t>
            </w:r>
          </w:p>
        </w:tc>
        <w:tc>
          <w:tcPr>
            <w:tcW w:w="3168" w:type="dxa"/>
          </w:tcPr>
          <w:p w14:paraId="5E925736" w14:textId="77777777" w:rsidR="00647165" w:rsidRDefault="006D5947">
            <w:pPr>
              <w:spacing w:after="0"/>
            </w:pPr>
            <w:r>
              <w:t>__________________________</w:t>
            </w:r>
          </w:p>
        </w:tc>
      </w:tr>
      <w:tr w:rsidR="00647165" w14:paraId="43C10A70" w14:textId="77777777">
        <w:tc>
          <w:tcPr>
            <w:tcW w:w="6192" w:type="dxa"/>
          </w:tcPr>
          <w:p w14:paraId="43E01C50" w14:textId="77777777" w:rsidR="00647165" w:rsidRDefault="006D5947">
            <w:pPr>
              <w:spacing w:after="0"/>
            </w:pPr>
            <w:r>
              <w:rPr>
                <w:color w:val="5A5852"/>
                <w:sz w:val="18"/>
              </w:rPr>
              <w:t>Secretary</w:t>
            </w:r>
          </w:p>
        </w:tc>
        <w:tc>
          <w:tcPr>
            <w:tcW w:w="3168" w:type="dxa"/>
          </w:tcPr>
          <w:p w14:paraId="07AAEFE0" w14:textId="77777777" w:rsidR="00647165" w:rsidRDefault="006D5947">
            <w:pPr>
              <w:spacing w:after="0"/>
            </w:pPr>
            <w:r>
              <w:rPr>
                <w:color w:val="5A5852"/>
                <w:sz w:val="18"/>
              </w:rPr>
              <w:t>Date</w:t>
            </w:r>
          </w:p>
        </w:tc>
      </w:tr>
    </w:tbl>
    <w:p w14:paraId="5FBA4F04" w14:textId="77777777" w:rsidR="00647165" w:rsidRDefault="00647165">
      <w:pPr>
        <w:spacing w:after="0"/>
      </w:pPr>
    </w:p>
    <w:p w14:paraId="09762E9D" w14:textId="77777777" w:rsidR="00647165" w:rsidRDefault="006D5947">
      <w:pPr>
        <w:keepNext/>
        <w:pBdr>
          <w:bottom w:val="single" w:sz="6" w:space="3" w:color="C9C6BF"/>
        </w:pBdr>
        <w:spacing w:before="320" w:after="100"/>
      </w:pPr>
      <w:r>
        <w:rPr>
          <w:b/>
          <w:color w:val="01696F"/>
          <w:sz w:val="28"/>
        </w:rPr>
        <w:t>Cross-References</w:t>
      </w:r>
    </w:p>
    <w:p w14:paraId="15E6EE91" w14:textId="77777777" w:rsidR="00647165" w:rsidRDefault="006D5947">
      <w:r>
        <w:rPr>
          <w:color w:val="5A5852"/>
          <w:sz w:val="19"/>
        </w:rPr>
        <w:t>This policy implements Article VII of the Bylaws of Cheyenne Youth Sports League, Inc., and is referenced in Article III, Section 3.3 (director expectations), Section 3.4 (compensation), and Section 3.6 (grounds for removal). It is also referenced in Code A, the Code of Ethics for Directors and Officers.</w:t>
      </w:r>
    </w:p>
    <w:sectPr w:rsidR="00647165" w:rsidSect="00034616">
      <w:footerReference w:type="default" r:id="rId8"/>
      <w:pgSz w:w="12240" w:h="15840"/>
      <w:pgMar w:top="1224" w:right="1440" w:bottom="122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AF8FD" w14:textId="77777777" w:rsidR="006D5947" w:rsidRDefault="006D5947">
      <w:pPr>
        <w:spacing w:after="0" w:line="240" w:lineRule="auto"/>
      </w:pPr>
      <w:r>
        <w:separator/>
      </w:r>
    </w:p>
  </w:endnote>
  <w:endnote w:type="continuationSeparator" w:id="0">
    <w:p w14:paraId="68994394" w14:textId="77777777" w:rsidR="006D5947" w:rsidRDefault="006D5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3F69" w14:textId="77777777" w:rsidR="00647165" w:rsidRDefault="006D5947">
    <w:pPr>
      <w:pStyle w:val="Footer"/>
      <w:jc w:val="center"/>
    </w:pPr>
    <w:r>
      <w:rPr>
        <w:color w:val="5A5852"/>
        <w:sz w:val="16"/>
      </w:rPr>
      <w:t xml:space="preserve">Conflict-of-Interest Policy and Disclosure — Cheyenne Youth Sports League, Inc.   •   Page </w:t>
    </w:r>
    <w:r>
      <w:fldChar w:fldCharType="begin"/>
    </w:r>
    <w:r>
      <w:instrText>PAGE</w:instrText>
    </w:r>
    <w:r>
      <w:fldChar w:fldCharType="separate"/>
    </w:r>
    <w:r w:rsidR="00041E52">
      <w:rPr>
        <w:noProof/>
      </w:rPr>
      <w:t>1</w:t>
    </w:r>
    <w:r>
      <w:fldChar w:fldCharType="end"/>
    </w:r>
    <w:r>
      <w:rPr>
        <w:color w:val="5A5852"/>
        <w:sz w:val="16"/>
      </w:rPr>
      <w:t xml:space="preserve"> of </w:t>
    </w:r>
    <w:r>
      <w:fldChar w:fldCharType="begin"/>
    </w:r>
    <w:r>
      <w:instrText>NUMPAGES</w:instrText>
    </w:r>
    <w:r>
      <w:fldChar w:fldCharType="separate"/>
    </w:r>
    <w:r w:rsidR="00041E5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C74D1" w14:textId="77777777" w:rsidR="006D5947" w:rsidRDefault="006D5947">
      <w:pPr>
        <w:spacing w:after="0" w:line="240" w:lineRule="auto"/>
      </w:pPr>
      <w:r>
        <w:separator/>
      </w:r>
    </w:p>
  </w:footnote>
  <w:footnote w:type="continuationSeparator" w:id="0">
    <w:p w14:paraId="57EBAEFF" w14:textId="77777777" w:rsidR="006D5947" w:rsidRDefault="006D59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4403712">
    <w:abstractNumId w:val="8"/>
  </w:num>
  <w:num w:numId="2" w16cid:durableId="875971236">
    <w:abstractNumId w:val="6"/>
  </w:num>
  <w:num w:numId="3" w16cid:durableId="1604529423">
    <w:abstractNumId w:val="5"/>
  </w:num>
  <w:num w:numId="4" w16cid:durableId="386804994">
    <w:abstractNumId w:val="4"/>
  </w:num>
  <w:num w:numId="5" w16cid:durableId="1188640416">
    <w:abstractNumId w:val="7"/>
  </w:num>
  <w:num w:numId="6" w16cid:durableId="2086762140">
    <w:abstractNumId w:val="3"/>
  </w:num>
  <w:num w:numId="7" w16cid:durableId="1450078535">
    <w:abstractNumId w:val="2"/>
  </w:num>
  <w:num w:numId="8" w16cid:durableId="1385912349">
    <w:abstractNumId w:val="1"/>
  </w:num>
  <w:num w:numId="9" w16cid:durableId="1428580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E52"/>
    <w:rsid w:val="0006063C"/>
    <w:rsid w:val="0015074B"/>
    <w:rsid w:val="0029639D"/>
    <w:rsid w:val="00326F90"/>
    <w:rsid w:val="00647165"/>
    <w:rsid w:val="006A29DC"/>
    <w:rsid w:val="006D594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078A33"/>
  <w14:defaultImageDpi w14:val="300"/>
  <w15:docId w15:val="{891E7279-1491-4075-B9E0-941E983D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2825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1688</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Charity Campfield</cp:lastModifiedBy>
  <cp:revision>2</cp:revision>
  <dcterms:created xsi:type="dcterms:W3CDTF">2026-09-18T17:59:00Z</dcterms:created>
  <dcterms:modified xsi:type="dcterms:W3CDTF">2026-09-18T17:59:00Z</dcterms:modified>
  <cp:category/>
</cp:coreProperties>
</file>